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candidatura al cargo de [cargo] — [nombre del candidato]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Me dirijo a ustedes para presentar mi candidatura al cargo de [cargo], publicado en [medio o portal donde vio la vacante]. Cuento con [número] años de experiencia en [área] y con formación en [estudios principales].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En mi experiencia más reciente en [empresa], [logro concreto con un resultado medible]. Ese tipo de resultados es el que puedo aportar en [nombre de la empresa]: [dos o tres aportes concretos para el cargo].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Adjunto mi hoja de vida con el detalle de mi experiencia y mis referencias. Quedo a disposición para una entrevista en el momento que les resulte conveniente y para ampliar cualquier información.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Agradezco de antemano la atención a mi candidatura.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[Perfil de LinkedIn]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Anexo: hoja de vida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candidato] · Carta de presentación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</dc:title>
  <dc:subject>Carta de presentación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