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ATA DE ENTREGA DE ESTOQUE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Transferência de depósito ou almoxarifado entre responsável que sai e que assume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[IV-___]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Área / processo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da transferência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Depósito, almoxarifado ou área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Localização ou unidade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Motivo da transferência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Método de verificação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Responsável que entrega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Responsável que recebe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Estado geral do estoque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Resumo do estoque entregue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Referências revisadas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Unidades contadas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Referências com divergência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Valor do estoque entregue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Moeda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Itens com divergência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true"/>
        </w:trPr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Referência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Produto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Unidades conforme o sistema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Unidades contadas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Divergência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Observação</w:t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Documentos e itens entregues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Documento ou item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Entregue (Sim / Não)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Observação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Lista de existências por item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Última contagem física documentada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Ficha de estoque ou movimentos do período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Relação de produtos vencidos ou avariados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Relação de ativos e equipamentos da área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Chaves, cadeados e controle de acessos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Senhas de usuário no sistema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Documentos e pastas da área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Compromissos e observações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[ 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Assinaturas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A ata formaliza a transferência do depósito e registra as existências entregues e as divergências encontradas. É assinada por quem entrega, quem recebe e o gestor imediato ou a auditoria, e arquivada com os documentos relacionados. As divergências são ajustadas separadamente com o documento correspondente.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Entrega de estoque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entrega de inventario</dc:title>
  <dc:subject>Acta de entrega de inventario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