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Señores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del cliente]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Atn.: [Nombre y cargo]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[Ciudad]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propuesta comercial de [producto o servicio]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Cordial saludo,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Lo que entendimos de su necesidad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Gracias por el espacio que nos dio para conocer su operación. A partir de la conversación del [fecha] y de la información que nos compartió, entendimos su necesidad así: [describa el problema o la necesidad en dos o tres líneas].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Qué incluye la propuesta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Con base en eso preparamos la siguiente propuesta, que incluye [alcance general: productos, servicios, implementación o acompañamiento].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Componente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Detalle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Plazo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[Producto o servicio principal]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[Servicio adicional]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[Acompañamiento o garantía]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Inversión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Concepto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Cantidad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unitario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total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Total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Condiciones comerciales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Vigencia de la oferta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Moneda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 de pago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Plazo de entrega o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Garantía o soporte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Aceptación</w:t>
      </w:r>
    </w:p>
    <w:p>
      <w:r>
        <w:rPr>
          <w:rFonts w:ascii="Calibri" w:hAnsi="Calibri" w:cs="Calibri"/>
          <w:b w:val="0"/>
          <w:i/>
          <w:color w:val="262626"/>
          <w:sz w:val="19"/>
        </w:rPr>
        <w:t>Aprobación del cliente: la firma de este documento autoriza el inicio de los trabajos en las condiciones aquí descritas.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Aprobado por el cliente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Presentado por el proveedor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595959"/>
          <w:sz w:val="18"/>
        </w:rPr>
        <w:t>Copia: [área comercial]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Antes de enviar la propuesta, verifique los valores, los plazos y qué queda fuera del alcance: la mayoría de los conflictos con un cliente nacen de un alcance que no se escribió.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Propuesta comercial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comercial</dc:title>
  <dc:subject>Propuesta comercial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