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To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[Recipient company]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Attn.: [Name and position]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[Address]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[City]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Subject: collection of overdue invoices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Dear Sir or Madam,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suppliers of [product or service], we write to inform you that the invoices listed below remain unpaid as of the date of this letter.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Invoices pending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Invoice No.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Outstanding total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[valor total]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Payment is now [number] days overdue. Please confirm the date on which you will pay or, if needed, propose a written payment plan with workable instalments and dates.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If payment has already been made, please send us the receipt so we can update our records and close this matter.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If we do not hear from you within [number] days from the date of this letter, [we will hold pending shipments / refer the account to our collections area].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[collections area] · [sales representative]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Internal credit-control model. Check the contract terms and your collection steps with your adviser before escalating the case.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Payment reminder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cobro</dc:title>
  <dc:subject>Carta de cobro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