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GRADING RUBRIC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What is assessed, what each level looks like and how much each criterion is worth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[RB-___]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Details of the work being assessed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Task or piece of work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Subject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Year group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Total marks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Due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How to use this rubric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[Each row is a criterion; each column is a level of achievement. Tick one cell per row and add up the marks. If a criterion weighs more, give it more marks or repeat the row.]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Criteria and levels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Criterion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Beginning (2)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Developing (3)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Proficient (4)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Exemplary (5)</w:t>
            </w:r>
          </w:p>
        </w:tc>
        <w:tc>
          <w:tcPr>
            <w:tcW w:type="dxa" w:w="90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Marks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Mark summary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Marks obtained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Final mark or grade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Feedback for the student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[Write two things: what went well and the one concrete thing to improve next. A rubric without a comment teaches nothing.]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Notes for the next submission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Document control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TEACHER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[Institution name] · Grading rubric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Rúbrica de evaluación</dc:title>
  <dc:subject>Criterios y niveles de logro de un trabajo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