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ANÁLISIS FODA (DOFA)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Ordena lo de adentro (fortalezas y debilidades) y lo de afuera (oportunidades y amenazas)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[FD-___]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Qué se analiza (empresa / área / producto / proyecto)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que cubre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Quiénes participaron en el análisis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del análisis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del análisis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para qué se hace este análisis y qué decisión debe salir de él: entrar a un mercado, lanzar una línea, reordenar el almacén, evaluar un proveedor.]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Fortalezas (internas, a favor)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Fortaleza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 qué se nota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 (alto / medio / bajo)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sostiene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Oportunidades (externas, a favor)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Oportunidad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 dónde viene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 (alto / medio / bajo)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aprovecha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Debilidades (internas, en contra)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Debilidad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 qué se nota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 (alto / medio / bajo)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corrige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Amenazas (externas, en contra)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Amenaza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 dónde viene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 (alto / medio / bajo)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reduce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Cruce estratégico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Cruce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 que resuelve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Estrategias que salen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Prioridades y plan de acción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Prioridad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va a hacer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Conclusiones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[Cierre con dos o tres frases: qué se decidió a partir del análisis y qué se revisa primero.]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DIRIGE EL ANÁLISIS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APROBÓ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Análisis FODA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Análisis FODA</dc:title>
  <dc:subject>Análisis FODA de la empresa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