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PLANO DE NEGÓCIOS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Documento mestre para organizar a ideia, o mercado, a operação e os números do negócio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do plano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negócio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Atividade principal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Localização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do plano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Quem elabora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quem se dirige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Para que serve este plano (buscar financiamento / sócios / organizar a operação)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Resumo do negócio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em cinco ou seis linhas o que o negócio vende, para quem e por que vai dar certo. É a primeira coisa que qualquer pessoa lê: se algo mudar depois, este resumo é atualizado.]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 oportunidade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[Descreva o problema ou a necessidade que o negócio atende e por que hoje existe espaço para atendê-la. Inclua o que você observou no mercado: quem pede, quanto se paga por isso hoje e o que está mal resolvido.]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Produtos ou serviços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Produto ou serviço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quem é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o torna diferente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cobra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Mercado e concorrência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Mercado-alvo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Tamanho aproximado do mercado (descritivo)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Principais concorrentes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o negócio se diferencia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Como se vende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Canais de venda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Política de preços e descontos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Esforço comercial e de comunicação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os clientes são mantidos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Operação: como se produz e se entrega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Processo ou etapa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responde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necessário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controla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Equipe e estrutura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Pessoa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Papel no negócio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Experiência que traz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Dedicação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Recursos para a abertura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ou necessidade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Para que serve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Quando é necessário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Custo estimado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Resumo das contas do negócio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plano apenas resume as conclusões. As projeções, o ponto de equilíbrio e os cenários são trabalhados na planilha, e de lá vêm os valores finais para esta tabela.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ou conclusão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Vendas estimadas do primeiro período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Custos fixos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Custos variáveis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Margem estimada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Investimento necessário para abrir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Quando o investimento se paga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Riscos e como são reduzidos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Risco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Probabilidade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Impacto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responde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Objetivos e metas para doze meses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Objetivo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se mede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Meta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do plano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Próximos passos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Ação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Anexos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Anexe o que sustenta o plano: estudos, orçamentos, cartas de interesse de clientes, as planilhas com as projeções e os documentos dos sócios.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ELABORA O PLANO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APROVA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cargo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Plano de negócios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negocio</dc:title>
  <dc:subject>Plan de negocio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