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CURRÍCULO MODERNO E CRIATIVO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Layout em duas colunas, com perfil, resultados e competências: lido em dois minutos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pessoais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e sobrenome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Vaga pretendida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Link para seu portfólio ou perfil (opcional)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Foto (opcional: só se a vaga pedir)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Perfil profissional (três frases)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[Frase 1: quem é e quantos anos de experiência tem. Frase 2: no que é bom, com um dado. Frase 3: o que busca agora. Sem «proativo», «dinâmico» ou «trabalha sob pressão».]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Experiência com resultados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Período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ou responsabilidade principal</w:t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Formação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Curso ou diploma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Instituição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Competências e ferramentas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Competência ou ferramenta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Onde aplicou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Idiomas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Idioma</w:t>
            </w:r>
          </w:p>
        </w:tc>
        <w:tc>
          <w:tcPr>
            <w:tcW w:type="dxa" w:w="623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 (básico / intermediário / avançado / nativo)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23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23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Projetos ou portfólio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Projeto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você fez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Referências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 e empresa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Telefone ou e-mail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Ajustes de layout (para imprimir bem)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Ajuste</w:t>
            </w:r>
          </w:p>
        </w:tc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Por quê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Uma única página se tiver menos de dez anos de experiência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recrutador lê na tela e não rola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Corpo do texto em onze pontos ou mais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Lê-se no celular sem ampliar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Duas colunas: essencial à esquerda, detalhe à direita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Orienta a leitura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Sem gráficos de barras para o nível de idiomas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Somem ao imprimir em cinza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Enviar em PDF e guardar o Word só se pedirem editável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layout não se desmonta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Nome do arquivo: nome-sobrenome-vaga.pdf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Encontra-se entre cem arquivos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Currículo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moderna y creativa</dc:title>
  <dc:subject>Formato de hoja de vida de dos columnas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