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ENCUESTA DE SATISFACCIÓN DEL CLIENTE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Preguntas cortas para saber qué piensa el cliente y qué se va a corregir con sus respuestas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 la encuesta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Encuesta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 la encuesta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Canal (presencial / teléfono / correo / en línea)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que cubre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Presentación para el cliente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dos o tres líneas: quién hace la encuesta, para qué la usa, cuánto tarda en responderla y que no hay respuestas correctas ni incorrectas.]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Instrucciones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la escala: 1 es muy malo y 5 es muy bueno; marque una sola casilla por pregunta; si la pregunta no aplica, márquela como tal.]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Datos del cliente (opcional)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(opcional)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 o correo (opcional, solo si autoriza que lo contactemos)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cliente (nuevo / recurrente / empresa)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Cuánto lleva comprando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Preguntas de calificación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 · 2 · 3 · 4 · 5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 aplica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Atención recibida al entrar o al llamar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Claridad de los precios y de las condiciones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Tiempo de espera para ser atendido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Variedad y disponibilidad de los productos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Estado o calidad de lo que recibió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Cumplimiento de la fecha de entrega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Facilidad para cambiar o devolver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Respuesta cuando hubo un problema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Información que recibió del producto o servicio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Imagen general del negocio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Preguntas abiertas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 de respuesta libre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del cliente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¿Qué fue lo mejor de su experiencia?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¿Qué le hizo perder tiempo o le molestó?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¿Echaría algo en falta en nuestro negocio?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Recomendación y comentario final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¿Recomendaría el negocio a otra persona? (Sí / No / No sé)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¿Por qué?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¿Qué deberíamos mejorar primero?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Autorización de datos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Autorizo el tratamiento de mis datos personales para las finalidades de esta encuesta y para que el negocio me contacte sobre mi respuesta.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Firma del cliente (opcional)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Tabulación y plan de acción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Promedio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muestran las respuestas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 a tomar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Cierre interno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tabula y analiza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del análisis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RESPONSABLE DE LA ENCUESTA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APROBÓ EL PLAN DE ACCIÓN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Encuesta de satisfacción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de satisfacción del cliente</dc:title>
  <dc:subject>Encuesta de satisfacción y plan de acción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