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NOME DO CANDIDATO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Documento de identidade · Cidade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Telefone · E-mail</w:t>
      </w:r>
    </w:p>
    <w:p>
      <w:pPr>
        <w:spacing w:after="160"/>
        <w:pBdr>
          <w:bottom w:val="single" w:sz="8" w:space="4" w:color="A6A6A6"/>
        </w:pBdr>
      </w:pPr>
    </w:p>
    <w:p>
      <w:pPr>
        <w:jc w:val="center"/>
      </w:pPr>
      <w:r>
        <w:rPr>
          <w:rFonts w:ascii="Calibri" w:hAnsi="Calibri" w:cs="Calibri"/>
          <w:b/>
          <w:i w:val="0"/>
          <w:color w:val="404040"/>
          <w:sz w:val="24"/>
        </w:rPr>
        <w:t>CARTA DE MOTIVOS PARA BOLSA DE ESTUDO</w:t>
      </w:r>
    </w:p>
    <w:p>
      <w:pPr>
        <w:spacing w:after="120"/>
        <w:pBdr>
          <w:bottom w:val="single" w:sz="6" w:space="4" w:color="A6A6A6"/>
        </w:pBdr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Referência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[BE-___]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[Cidade],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Senhores</w:t>
      </w:r>
    </w:p>
    <w:p>
      <w:r>
        <w:rPr>
          <w:rFonts w:ascii="Calibri" w:hAnsi="Calibri" w:cs="Calibri"/>
          <w:b/>
          <w:i w:val="0"/>
          <w:color w:val="262626"/>
          <w:sz w:val="20"/>
        </w:rPr>
        <w:t>[NOME DO PROGRAMA OU DA INSTITUIÇÃO]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[Comissão de bolsas]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[Endereço]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Assunto: Candidatura a [nome da bolsa ou do edital]</w:t>
      </w:r>
    </w:p>
    <w:p>
      <w:r>
        <w:rPr>
          <w:rFonts w:ascii="Calibri" w:hAnsi="Calibri" w:cs="Calibri"/>
          <w:b w:val="0"/>
          <w:i w:val="0"/>
          <w:color w:val="262626"/>
          <w:sz w:val="21"/>
        </w:rPr>
        <w:t>Prezados senhores: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1: quem é, onde estuda ou trabalha hoje e a que edital se candidata. Sem adjetivos sobre si mesmo.]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2: por que esse programa e essa instituição, com algo concreto: uma linha de pesquisa, um professor, um laboratório, uma abordagem que não encontra onde está.]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3: por que você. Dois ou três fatos verificáveis: o que estudou, o que fez, com quais resultados e quais obstáculos superou.]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4: o que fará com essa formação ao terminar, de forma concreta e mensurável: voltar a um cargo, montar um projeto, formar outras pessoas, publicar.]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[Parágrafo 5: feche com o compromisso, a disponibilidade em tempo integral ou parcial e a disposição de entregar os documentos que faltarem.]</w:t>
      </w: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Atenciosamente,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[NOME DO CANDIDATO]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[Programa ou cargo atual]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Telefone · E-mail</w:t>
            </w:r>
          </w:p>
        </w:tc>
      </w:tr>
    </w:tbl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Dados da candidatura (para seu registro)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Bolsa ou edital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Programa ou curso pretendido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Instituição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Data de encerramento do edital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Modalidade e duração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Documentos anexados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714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Pronto? (Sim / Não)</w:t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Documento de identidade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Histórico escolar ou certificado de notas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Diploma ou ata de colação (se já terminou)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Carta de recomendação (uma ou duas, conforme o edital)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Comprovante de trabalho ou renda, se exigido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714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Plano do programa ou conteúdo que pretende seguir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O que revisar antes de enviar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5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Ponto</w:t>
            </w:r>
          </w:p>
        </w:tc>
        <w:tc>
          <w:tcPr>
            <w:tcW w:type="dxa" w:w="51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Por que importa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Menciona o nome exato do edital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Muitas cartas são descartadas por isso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Pelo menos dois fatos verificáveis sobre você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É o que diferencia dos demais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Diz o que fará depois, com um prazo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As comissões buscam retorno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Cabe em uma página ou uma e meia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Lê-se em poucos minutos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Sem erros de ortografia e com a acentuação correta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Revisa-se antes da entrevista</w:t>
            </w:r>
          </w:p>
        </w:tc>
      </w:tr>
      <w:tr>
        <w:tc>
          <w:tcPr>
            <w:tcW w:type="dxa" w:w="45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Os anexos estão completos e na ordem exigida</w:t>
            </w:r>
          </w:p>
        </w:tc>
        <w:tc>
          <w:tcPr>
            <w:tcW w:type="dxa" w:w="51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Um documento faltante anula a candidatura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Controle do documento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[BE-___]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Versão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Data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Responsável pelo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Depois de assinado, arquive este documento com os anexos na pasta da área. Guarde uma via para cada parte que assina.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[Nome do candidato] · Carta de motivos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motivos para una beca</dc:title>
  <dc:subject>Carta de postulación a una beca o convocatoria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