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Señores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cliente]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del contacto]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respuesta a su reclamación [radicado número] del [fecha]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Cordial saludo,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Hemos recibido su comunicación con radicado [número] del [fecha], en la que informa [resumen del caso planteado por el cliente].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Verificación realizada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Revisamos el caso con el área de [área responsable] y verificamos lo siguiente: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 revisado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Registro de la operación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Producto o servicio entregado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Documentos y soportes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Revisión de existencias o despacho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Con base en lo anterior, [aceptamos la reclamación y procederemos a la reposición o al ajuste / aceptamos parcialmente la reclamación en los siguientes términos: ___ / no aceptamos la reclamación por las razones expuestas].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Le confirmamos que [la acción acordada] se ejecutará dentro de los [número] días siguientes. Si tiene preguntas adicionales puede escribirnos a [correo electrónico] o llamar al [teléfono].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[Nombre de la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[área de servicio al cliente] · [calidad]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Respuesta de uso interno y comercial. Mantenga el registro de la radicación y de los soportes revisados.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Respuesta a reclamación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Respuesta a reclamación de cliente</dc:title>
  <dc:subject>Respuesta a reclamación de cliente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