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PERFIL PROFESIONAL PARA LINKEDIN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Titular, resumen y experiencia escritos con palabras que el reclutador sí busca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[LK-___]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del perfil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y apellidos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 o actividad actual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Ciudad y país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 sector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Años de experiencia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actualización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Titular del perfil (una línea)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[El titular es lo primero que se lee. Use la fórmula: qué hace + en qué se especializa + para quién o con qué resultado. Ejemplo: «Asistente contable | facturación y cartera | pymes de comercio».]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Titular propuesto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Titulares de ejemplo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Área</w:t>
            </w:r>
          </w:p>
        </w:tc>
        <w:tc>
          <w:tcPr>
            <w:tcW w:type="dxa" w:w="703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Titular que funciona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Ventas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Asesor comercial | ventas al detal | metas y cartera de clientes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Bodega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Auxiliar de bodega | inventarios y despachos | control de kardex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Contabilidad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Asistente contable | facturación y cartera | pymes de comercio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Operaciones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Jefe de turno | producción y calidad | indicadores y seguridad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Tecnología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Soporte técnico | redes y equipos | pequeñas empresas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Emprendimiento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Dueño de tienda | compras y precios | margen por producto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Acerca de (resumen de cuatro párrafos)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[Párrafo 1: qué hace hoy y cuántos años lleva. Una frase, sin adjetivos.]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[Párrafo 2: en qué es bueno, con un ejemplo concreto con número o resultado.]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[Párrafo 3: con qué herramientas o áreas trabaja mejor.]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[Párrafo 4: qué busca y cómo pueden contactarlo.]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Experiencia por cargos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38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</w:t>
            </w:r>
          </w:p>
        </w:tc>
        <w:tc>
          <w:tcPr>
            <w:tcW w:type="dxa" w:w="238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Empresa</w:t>
            </w:r>
          </w:p>
        </w:tc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Periodo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logró (con número si se puede)</w:t>
            </w:r>
          </w:p>
        </w:tc>
      </w:tr>
      <w:tr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Aptitudes (las diez primeras se ven en el perfil)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56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Aptitud o herramienta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Nivel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Cómo puede comprobarlo</w:t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Manejo de hojas de cálculo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Control de inventario y kardex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Atención al cliente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Facturación y cobros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Trabajo en equipo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6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Cumplimiento de metas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7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Manejo de caja y arqueos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8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Organización y archivo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9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Herramientas de oficina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10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Comunicación escrita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Formación y certificaciones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43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Estudio o curso</w:t>
            </w:r>
          </w:p>
        </w:tc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Institución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Año</w:t>
            </w:r>
          </w:p>
        </w:tc>
      </w:tr>
      <w:tr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Recomendaciones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[Pida recomendaciones a jefes, clientes o compañeros de los últimos años. Dígale a cada uno qué trabajo hicieron juntos y qué resultado quieren destacar: una recomendación concreta vale mucho más que una de cortesía.]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 quién le va a pedir recomendación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Qué le va a recordar a esa persona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Lista de control antes de publicar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56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703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Bloque</w:t>
            </w:r>
          </w:p>
        </w:tc>
        <w:tc>
          <w:tcPr>
            <w:tcW w:type="dxa" w:w="204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¿Cumple? (Sí / No)</w:t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Foto y fondo sobrios, sin filtros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Titular con palabras del sector, sin frases huecas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Resumen con al menos un resultado concreto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Cargos con fechas reales y sin huecos largos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Al menos diez aptitudes ordenadas de la más fuerte a la más débil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6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Ciudad y medio de contacto actualizados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ELABORÓ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 y firma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REVISÓ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Perfil para LinkedIn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Perfil profesional para LinkedIn</dc:title>
  <dc:subject>Hoja de trabajo para armar el perfil de LinkedIn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