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À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[Empresa destinatária]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A/C: [Nome e cargo]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[Endereço]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[Cidade]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apresentação da nossa empresa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Prezados senhores,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 [nome da empresa] é uma empresa dedicada a [atividade principal] com [número] anos de experiência em [cidade ou região]. Atendemos [tipo de cliente ou setor].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Trabalhamos com [produtos ou serviços principais], com [vantagem concreta: entregas em 24 horas / produção própria / suporte técnico].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Acreditamos que podemos contribuir com [necessidade do destinatário] em três frentes: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Produto ou serviço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 que serve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[Produto ou serviço 1]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[Benefício concreto para o cliente]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[Produto ou serviço 2]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[Benefício concreto]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[Produto ou serviço 3]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[Benefício concreto]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Gostaríamos de apresentar nossa proposta em uma reunião de [duração] minutos, na data e no horário que forem melhores para você. Podemos ir até sua empresa ou conversar por vídeo.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Ficamos à disposição e agradecemos desde já sua atenção.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[Nome da 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[Telefone] · [E-mail]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[área comercial]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Apresentação da empresa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presentación de empresa</dc:title>
  <dc:subject>Carta de presentación de empresa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