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MANUAL DO COLABORADOR E REGRAS INTERNAS DE TRABALHO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Regras de convivência, jornada, uso dos recursos e canais de comunicação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[MH-___]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Apresentação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duas ou três linhas dirigidas ao colaborador: o que é este manual, por que a empresa o adota e o que se espera de quem o lê.]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 quem se aplica e a partir de quando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Aplica-se 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Entra em vigor em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Substitui a versão 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Dados da empresa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Razão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CNPJ ou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Atividade principal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Jornada de trabalho e frequência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[Dias e horários de trabalho, e o intervalo diário.]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[Como se registra a entrada e a saída, e o que fazer se o registro falhar.]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[Como avisar uma ausência, a quem e com quanta antecedência.]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[Como justificar as ausências e quais comprovantes são pedidos.]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 que acontece com atrasos repetidos.]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Pagamentos, benefícios e descontos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[Data e forma de pagamento do salário.]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[Valores que não são salário e quando são pagos.]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[Descontos autorizados por escrito pelo colaborador.]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Férias, licenças e afastamentos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[Como se solicita e se aprova o período de férias.]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[Com quanta antecedência se pede uma licença e quem autoriza.]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[Quais afastamentos são reconhecidos e qual documento cada um exige.]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 que acontece com licenças não aprovadas.]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Conduta esperada no trabalho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Tratar com respeito colegas, gestores, clientes e fornecedores.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Cumprir o horário e avisar com antecedência as ausências.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Zelar pelos bens da empresa e usar os recursos apenas para o trabalho.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Manter o sigilo das informações a que tiver acesso.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Não se apresentar ao trabalho sob efeito de álcool ou outras substâncias.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Comunicar de imediato qualquer conflito de interesse ou situação irregular.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Uso dos bens, equipamentos e recursos da empresa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[Quais equipamentos, ferramentas e veículos são entregues e com que termo.]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 o uso do telefone ou do computador para assuntos pessoais é permitido.]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 que fazer quando um equipamento é danificado, perdido ou furtado.]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[Como devolver os bens ao terminar a relação de trabalho.]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[Quem autoriza o uso da imagem ou da marca da empresa.]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Informação confidencial e dados pessoais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que informações são consideradas reservadas, como devem ser guardadas e o que o colaborador deve fazer se alguém de fora pedir. Mencione como são tratados os dados pessoais de clientes, fornecedores e do próprio pessoal.]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Segurança e saúde no trabalho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[Uso obrigatório dos equipamentos de proteção entregues.]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[Como comunicar um acidente ou um quase acidente, e a quem.]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 que fazer em uma emergência e onde estão as rotas de saída.]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[Quem compõe a comissão ou é o responsável de segurança e como contatá-lo.]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[Participação nos treinamentos e exames que a empresa programar.]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O que acontece quando este manual não é cumprido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[Descreva o processo interno, em ordem de gravidade: advertência verbal, advertência escrita, suspensão ou rescisão do contrato. Sem citar normas: escreva o procedimento que a empresa realmente aplica e revise-o com seu advogado.]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Canais para dúvidas, reclamações e sugestões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quem se dirigir primeiro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de recursos humanos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 ou telefone para relatar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Canal confidencial (se houver)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Atualização deste manual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de quanto em quanto tempo é revisado, quem o aprova e como uma mudança é comunicada aos colaboradores. Toda alteração é registrada na tabela de controle do documento.]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Comprovante de recebimento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Declaro que recebi uma via deste manual, que o li e que entendo as regras de convivência, jornada, uso dos recursos, confidencialidade e segurança que ele contém. Sei que posso perguntar à área de recursos humanos se algo não estiver claro.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Assinatura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COLABORADOR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REPRESENTANTE DA EMPRESA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é um modelo geral de uso interno. Não é assessoria jurídica: antes de usar, revise-o com seu advogado ou contador e ajuste-o às regras que se aplicam ao seu caso.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Manual do colaborador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del empleado y reglamento interno</dc:title>
  <dc:subject>Manual del empleado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