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ANAMNESE E HISTÓRICO CLÍNICO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da consulta com antecedentes, sinais vitais, avaliação e plano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[HC-___]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paciente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Contato de emergência (nome e telefone)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da consulta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com as palavras do paciente o que o traz à consulta e desde quando. Uma ou duas frases bastam; o detalhe fica nos antecedentes e na avaliação.]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 pessoais e familiares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Antecedente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 (ano ou idade)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Pessoal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[Doenças anteriores e internações]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Cirúrgico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[Cirurgias realizadas e ano]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Familiar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[Doenças de familiares diretos]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Hábitos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[Tabagismo, álcool, atividade física, sono]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Medicamentos atuais e alergias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Alergias conhecidas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Reação apresentada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Medicamento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toma (frequência)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 (ano ou idade)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Sinais vitais e exame físico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Sinal vital ou medida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medido</w:t>
            </w:r>
          </w:p>
        </w:tc>
        <w:tc>
          <w:tcPr>
            <w:tcW w:type="dxa" w:w="351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Peso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Altura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Pressão arterial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Frequência cardíaca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Frequência respiratória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Temperatura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Observações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Avaliação e diagnóstico de trabalho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os achados do exame, a análise do caso e o diagnóstico de trabalho. Se houver mais de um problema, escreva o principal primeiro.]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Avaliação do caso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de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Plano e orientações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plano: exames solicitados, tratamento indicado em termos gerais, encaminhamentos, orientação ao paciente e data de retorno. O detalhe dos medicamentos, se houver, fica na receita.]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Plano e orientações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[Espaço para o que o paciente relata e não cabe em outra seção, o que foi combinado na consulta, o que ficou pendente e quem acompanha.]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PROFISSIONAL QUE ATENDE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REVISOU O PRONTUÁRIO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número de registro profissional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modelo é um guia de uso interno e não substitui o critério do profissional nem o prontuário oficial; antes de usar, revise-o e ajuste-o à normativa sanitária do país onde o atendimento é feito.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Anamnese e histórico clínico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</dc:title>
  <dc:subject>Historia clínica con antecedentes, signos vitales y plan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