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HISTORIA CLÍNICA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de la consulta con antecedentes, signos vitales, evaluación y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[HC-___]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paciente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Contacto de emergencia (nombre y teléfono)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de consulta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en palabras del paciente qué lo trae a la consulta y desde cuándo. Una o dos frases bastan; el detalle va en los antecedentes y en la evaluación.]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 personales y familiares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Antecedente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 (año o edad)</w:t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Personal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[Enfermedades previas y hospitalizaciones]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Quirúrgico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[Cirugías realizadas y año]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Familiar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[Enfermedades de familiares directos]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Hábitos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[Tabaquismo, alcohol, actividad física, sueño]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Medicamentos actuales y alergias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Alergias conocidas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Reacción que presenta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Medicamento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lo toma (frecuencia)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 (año o edad)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Signos vitales y examen físico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Signo vital o medida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medido</w:t>
            </w:r>
          </w:p>
        </w:tc>
        <w:tc>
          <w:tcPr>
            <w:tcW w:type="dxa" w:w="351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Peso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Talla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Presión arterial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Frecuencia cardiaca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Frecuencia respiratoria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Temperatura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Observaciones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51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Evaluación y diagnóstico de trabajo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los hallazgos del examen, el análisis del caso y el diagnóstico de trabajo. Si hay varios problemas, escriba el principal primero.]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Evaluación del caso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de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Plan e indicaciones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el plan: estudios solicitados, tratamiento indicado en términos generales, remisiones, educación al paciente y fecha de control. El detalle de los medicamentos, si los hay, va en la receta.]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 e indicaciones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[Espacio para lo que el paciente refiere y no cabe en otra sección, los acuerdos de la consulta, los pendientes y quién los sigue.]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QUE ATIENDE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REVISÓ EL REGISTRO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formato es una guía de uso interno y no sustituye el criterio del profesional ni la historia clínica oficial; antes de usarlo, revíselo y ajústelo a la normativa sanitaria del país donde se atiende.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Historia clínica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 clínica</dc:title>
  <dc:subject>Historia clínica con antecedentes, signos vitales y plan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