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CUIDADOS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Necesidades, objetivos, cuidados con su frecuencia y vigilancia de signos de alarma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[CU-___]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paciente y periodo del plan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Entidad de salud o seguro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Responsable y equipo que cuida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Equipo que participa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Turno o jornada en que se aplica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Necesidades o problemas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Necesidad o problema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Problema detectado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 (alta / media / baja)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Objetivos por problema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Problema detectado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prevista de logro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Cuidados e intervenciones con frecuencia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 qué frecuencia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Vigilancia de signos de alarma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Signo de alarma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 si aparece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 quién se avisa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[Cambio en el estado de conciencia]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[Dificultad para respirar]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[Fiebre que no cede]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[Dolor que aumenta o no cede]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Evaluación del avance y fecha de revisión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Evaluación del avance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revisión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Ajustes al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[Espacio para lo que cambia de un turno a otro, lo que el paciente o la familia pide y lo que queda pendiente para el siguiente responsable.]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RESPONSABLE DEL PLAN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REVISA EL PLAN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formato es una guía de uso interno y no sustituye el criterio del profesional ni la historia clínica oficial; antes de usarlo, revíselo y ajústelo a la normativa sanitaria del país donde se atiende.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cuidados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cuidados</dc:title>
  <dc:subject>Plan de cuidados con objetivos, intervenciones y signos de alarma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