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INDUCCIÓN DE PERSONAL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se hace antes, el primer día, la primera semana y el primer mes de un nuevo colaborador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 y del proceso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(presencial / híbrida / remota)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 la inducción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Antes del primer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hay que tener listo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hace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Contrato firmado y datos cargados en la nómina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Puesto de trabajo, herramientas y correo listos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Elementos de protección personal en la talla del colaborador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Agenda del primer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la dirige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Lugar</w:t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Primera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Día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 o actividad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acompaña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 registro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Cómo funciona el negocio: qué vende y a quién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Recorrido por las instalaciones y zonas de trabajo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Procesos del cargo y sistema de inventario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Seguridad, aseo y manejo de residuos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al cliente y manejo de reclamos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Cierre de la semana: dudas y acuerdos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Primer 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Semana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Temas obligatorios de la inducción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que estos temas se explican siempre, sin excepción, y que el colaborador firma que los conoció.]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Reglamento interno y reglas de convivencia del sitio de trabajo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Seguridad y salud: riesgos del puesto y elementos de protección personal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Manejo de la información y de los datos de clientes y proveedores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Herramientas y sistemas que va a usar en el cargo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Procesos del cargo: qué recibe, qué entrega y con quién se coordina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Jornada, marcación, descansos, pagos y solicitud de permisos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quién acudir ante una emergencia, una queja o un accidente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Recursos entregados al colaborador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¿Entregado? (Sí / No / No aplica)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devuelve al terminar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Uniforme y elementos de protección personal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Herramientas propias del cargo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Equipo de cómputo o celular de la empresa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Llaves, tarjeta de acceso o clave del sistema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Carpeta o manual del cargo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confidenciales o bases de clientes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Evaluación de la inducción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del colaborador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¿Entendió qué se espera de su cargo?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¿Sabe a quién acudir ante una duda o un problema?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¿Conoce los riesgos de su puesto y cómo protegerse?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¿Le quedó alguna duda por resolver?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¿Qué información le faltó en la inducción?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Cierre de la inducción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Confirmo que recibí la inducción de los temas listados, que pude preguntar mis dudas y que conozco a quién acudir en cada caso.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JEFE INMEDIATO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DICTA LA INDUCCIÓN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inducción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inducción de personal</dc:title>
  <dc:subject>Plan de inducción y registro de onboarding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