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ROTEIRO DE ENTREVISTA DE SELEÇÃO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As mesmas perguntas e a mesma escala para todos os candidatos da mesma vaga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[GE-___]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Versão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Responsável pelo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Dados do processo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Vaga pretendida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Nome do candidato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Quem entrevista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e hora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Área ou processo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Modalidade (presencial / telefone / vídeo)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Perfil da vaga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Objetivo da vaga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[Liste os requisitos mínimos: formação, experiência e domínio de ferramentas. O que estiver escrito aqui é o filtro da entrevista.]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Critérios que serão avaliados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26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Critério ou competência</w:t>
            </w:r>
          </w:p>
        </w:tc>
        <w:tc>
          <w:tcPr>
            <w:tcW w:type="dxa" w:w="90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Peso</w:t>
            </w:r>
          </w:p>
        </w:tc>
        <w:tc>
          <w:tcPr>
            <w:tcW w:type="dxa" w:w="124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Escala (1 a 5)</w:t>
            </w:r>
          </w:p>
        </w:tc>
        <w:tc>
          <w:tcPr>
            <w:tcW w:type="dxa" w:w="521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Pergunta que investiga</w:t>
            </w:r>
          </w:p>
        </w:tc>
      </w:tr>
      <w:tr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Experiência na função</w:t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30</w:t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521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Conte o que fazia no trabalho anterior e com quais ferramentas.</w:t>
            </w:r>
          </w:p>
        </w:tc>
      </w:tr>
      <w:tr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Conhecimento técnico</w:t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20</w:t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521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Explique como resolveria uma tarefa típica da vaga.</w:t>
            </w:r>
          </w:p>
        </w:tc>
      </w:tr>
      <w:tr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Responsabilidade e prazos</w:t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20</w:t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521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Fale de uma vez em que teve de cumprir um prazo apertado.</w:t>
            </w:r>
          </w:p>
        </w:tc>
      </w:tr>
      <w:tr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Trabalho em equipe</w:t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15</w:t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521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Descreva um problema que foi resolvido por várias pessoas juntas.</w:t>
            </w:r>
          </w:p>
        </w:tc>
      </w:tr>
      <w:tr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Atendimento ao cliente</w:t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15</w:t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521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Como você responde a um cliente irritado?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Abertura da entrevista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[Apresente-se, explique como será a entrevista e quanto tempo dura. Diga que fará anotações e que no final o candidato poderá perguntar.]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Perguntas por competência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04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Competência</w:t>
            </w:r>
          </w:p>
        </w:tc>
        <w:tc>
          <w:tcPr>
            <w:tcW w:type="dxa" w:w="36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Pergunta</w:t>
            </w:r>
          </w:p>
        </w:tc>
        <w:tc>
          <w:tcPr>
            <w:tcW w:type="dxa" w:w="249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 que observar na resposta</w:t>
            </w:r>
          </w:p>
        </w:tc>
        <w:tc>
          <w:tcPr>
            <w:tcW w:type="dxa" w:w="147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Resposta do candidato</w:t>
            </w:r>
          </w:p>
        </w:tc>
      </w:tr>
      <w:tr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Experiência na função</w:t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Conte o que fazia no trabalho anterior e com quais ferramentas.</w:t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Conhecimento técnico</w:t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Explique como resolveria uma tarefa típica da vaga.</w:t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Responsabilidade e prazos</w:t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Fale de uma vez em que teve de cumprir um prazo apertado.</w:t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Trabalho em equipe</w:t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Descreva um problema que foi resolvido por várias pessoas juntas.</w:t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Atendimento ao cliente</w:t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Como você responde a um cliente irritado?</w:t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Experiência e resultados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76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Pergunta sobre experiência</w:t>
            </w:r>
          </w:p>
        </w:tc>
        <w:tc>
          <w:tcPr>
            <w:tcW w:type="dxa" w:w="487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Resposta e evidência</w:t>
            </w:r>
          </w:p>
        </w:tc>
      </w:tr>
      <w:tr>
        <w:tc>
          <w:tcPr>
            <w:tcW w:type="dxa" w:w="476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76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76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76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Perguntas situacionais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76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Situação apresentada</w:t>
            </w:r>
          </w:p>
        </w:tc>
        <w:tc>
          <w:tcPr>
            <w:tcW w:type="dxa" w:w="487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 que o candidato faria</w:t>
            </w:r>
          </w:p>
        </w:tc>
      </w:tr>
      <w:tr>
        <w:tc>
          <w:tcPr>
            <w:tcW w:type="dxa" w:w="476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Chega um cliente com uma reclamação e seu gestor não está na empresa.</w:t>
            </w:r>
          </w:p>
        </w:tc>
        <w:tc>
          <w:tcPr>
            <w:tcW w:type="dxa" w:w="4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76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Pedem para despachar um pedido e falta mercadoria no estoque.</w:t>
            </w:r>
          </w:p>
        </w:tc>
        <w:tc>
          <w:tcPr>
            <w:tcW w:type="dxa" w:w="4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76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Um colega não veio e é preciso atender dois postos ao mesmo tempo.</w:t>
            </w:r>
          </w:p>
        </w:tc>
        <w:tc>
          <w:tcPr>
            <w:tcW w:type="dxa" w:w="4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Perguntas do candidato e condições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[Anote o que o candidato perguntou e o que foi respondido, especialmente jornada, remuneração, data de início e local de trabalho.]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Condições conversadas (jornada, remuneração, início)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Pontuação e decisão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249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Critério</w:t>
            </w:r>
          </w:p>
        </w:tc>
        <w:tc>
          <w:tcPr>
            <w:tcW w:type="dxa" w:w="13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Pontuação (1 a 5)</w:t>
            </w:r>
          </w:p>
        </w:tc>
        <w:tc>
          <w:tcPr>
            <w:tcW w:type="dxa" w:w="1020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Peso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Resultado ponderado</w:t>
            </w:r>
          </w:p>
        </w:tc>
        <w:tc>
          <w:tcPr>
            <w:tcW w:type="dxa" w:w="30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Observação</w:t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Experiência na função</w:t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30</w:t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Conhecimento técnico</w:t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20</w:t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Responsabilidade e prazos</w:t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20</w:t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Trabalho em equipe</w:t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15</w:t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Atendimento ao cliente</w:t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15</w:t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Pontuação total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Decisão (avança / não avança / segunda entrevista / em espera)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10. Recomendação do entrevistador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[Diga em duas ou três frases por que recomenda ou não este candidato, com os fatos que sustentam a recomendação.]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11. Próximos passos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Próximo passo (teste prático / segunda entrevista / checagem de referências)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Quem avisa o candidato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Quando o candidato é avisado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Assinaturas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ENTREVISTADOR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cargo e assinatura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QUEM DECIDE A CONTRATAÇÃO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cargo e assinatura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Depois de assinado, arquive este documento com os anexos na pasta da área. Guarde uma via para cada parte que assina.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Roteiro de entrevista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Guía de entrevista de selección</dc:title>
  <dc:subject>Guía de entrevista de selección de personal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