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ORDEN DE SERVICIO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Contrata un servicio con un tercero: qué se hace, cuánto se paga, qué se entrega y cómo se recibe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 la orden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Orden de servicio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emisión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contrata (empresa o persona)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solicitante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autoriza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del prestador del servicio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o razón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(persona natural / persona jurídica)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Representante o persona de contacto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Servicio contratado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el servicio con precisión: qué se hace, en dónde y hasta dónde llega. Si hay varios frentes de trabajo, numérelos.]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donde se presta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Supervisor o responsable de recibir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terminación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Horario o forma de ejecución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Condiciones económicas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 de pago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Valor del servicio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Anticipo acordado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Pagos por entregas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Descuentos o retenciones acordados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Valor total de la orden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Plazo de pago acordado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se necesita para pagar (informe, acta de recibo, documentos)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Entregables y cómo se verifican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Entregable o hito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Cuándo se entrega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verifica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Obligaciones del prestador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Prestar el servicio con personal idóneo y con los elementos necesarios.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Cumplir las reglas de seguridad del sitio y las indicaciones del supervisor.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Responder por los daños que cause a bienes o a terceros durante el trabajo.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informes, soportes y documentos cuando se le soliciten.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Mantener la confidencialidad de la información a la que tenga acceso.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Obligaciones de quien contrata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Permitir el acceso al sitio en los horarios acordados.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la información y los elementos que le correspondan.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Revisar los entregables y responder en los plazos acordados.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según las condiciones económicas de esta orden.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Personal, dotación y seguridad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Personal asignado (número y perfiles)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¿Usa dotación y elementos de protección propios? (Sí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Reglas del sitio que debe cumplir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responde por daños y por el aseo del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Aceptación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prestador acepta las condiciones de esta orden de servicio y declara que conoce el alcance, los entregables y la forma de pago. Cualquier cambio de alcance se acuerda por escrito antes de ejecutarlo.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PRESTADOR DEL SERVICIO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o NIT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CONTRATA Y AUTORIZA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Orden de servicio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servicio</dc:title>
  <dc:subject>Orden de servicio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