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ANNUAL WORK PLAN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What will be done this period, who is accountable, when it is due and how it will be measured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[PL-___]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Plan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covered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prepared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Approved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of the plan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[One or two sentences: what must have changed by the end of the period because of this plan.]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Scope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it covers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it does not cover (and who handles it)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Starting point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Results of the previous period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Carried-over open items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Resources available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Objectives and targets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Specific objective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Activities and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Planned month or quarter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Deliverable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Resources and support needed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Resource or support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is for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arranges it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When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Risks and assumptions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Risk or assumption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Effect if it happens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Planned measure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Monitoring and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Review frequency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reviews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progress is reported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Where progress is recorded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Approval and signatures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plan is reviewed on the follow-up dates and is adjusted, recording the change in the document control table.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Work plan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trabajo anual</dc:title>
  <dc:subject>Plan de trabajo anual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