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RESEARCH PROJECT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Question, method, stages and deliverables of a research paper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[PY-___]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Project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Project title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Author or authors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Field or research line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Supervising teacher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Estimated completion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Question or hypothesis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 single question that can be answered with data and cannot be answered with a plain yes or no.]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Content or topic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Objectives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[One general objective and between two and four specific ones. Each specific objective must trace back to a result of the work.]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Indicator</w:t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Rationale and scope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 single question that can be answered with data and cannot be answered with a plain yes or no.]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Background and starting 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Author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Year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or quotation taken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Method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Stage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is done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is needed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Estimated time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Schedule by stage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Phase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Output or deliverable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Review of the literature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Designing the method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Fieldwork or data collection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Data analysis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Writing and final revision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Expected results and how they will be presented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Expected result</w:t>
            </w:r>
          </w:p>
        </w:tc>
        <w:tc>
          <w:tcPr>
            <w:tcW w:type="dxa" w:w="54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presented</w:t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Resources and risks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Risk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to do if it happens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AUTHOR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SUPERVISING TEACHER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[Institution name] · Research project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investigación</dc:title>
  <dc:subject>Proyecto de investigación por etapas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