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PROGRAMA DE EVENTO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 roteiro hora a hora, com responsáveis e o que fazer se algo sair do plano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[PG-___]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do evento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evento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geral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de participantes previstos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Modalidade (presencial / on-line / híbrida)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do evento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que precisa acontecer para o evento ser considerado um sucesso: quantas pessoas, qual decisão, qual venda, qual aprendizado. Com isso se monta o resto da programação.]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Programação hora a hora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conduz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Onde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Duração</w:t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Responsáveis por bloco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Bloco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apoia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Tarefa-chave desse bloco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Abertura e registro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[Recepção, entrega de material, controle de presença]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Bloco central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[Apresentação ou atividade principal]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Encerramento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[Conclusões, compromissos, agradecimento e saída]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Recursos e logística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é necessário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consegue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Quando deve estar pronto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Roteiro do mestre de cerimônias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 roteiro é o apoio de quem conduz: em que momento toma a palavra, o que anuncia e o que vem depois. Escreva ideias curtas, não um discurso completo.]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Momento</w:t>
            </w:r>
          </w:p>
        </w:tc>
        <w:tc>
          <w:tcPr>
            <w:tcW w:type="dxa" w:w="703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dizer (ideia, não texto literal)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Antes de abrir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Confirmar que som e cadeiras estão prontos e avisar a equipe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Abertura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Dar boas-vindas, dizer o que é o evento e quanto vai durar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Troca de bloco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Anunciar a próxima atividade e quem a apresenta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Encerramento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Resumir os compromissos, agradecer e dizer como a informação chega depois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 que fazer se algo sair do plano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[Pense nos três ou quatro imprevistos mais prováveis — um convidado atrasa, o som falha, chove, falta comida — e deixe escrito o que fazer e quem decide. Isso evita discussão na hora.]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Imprevisto possível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se faz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Um convidado ou palestrante atrasa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som ou o projetor falha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Chegam mais pessoas que o previsto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local não está pronto a tempo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Avaliação e encerramento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é avaliado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obtido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Chegaram os participantes previstos?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Os horários foram cumpridos?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objetivo do item 2 foi alcançado?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que deveria mudar na próxima vez?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faz o encerramento e guarda o registro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RESPONSÁVEL GERAL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APROVADO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Programa de evento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evento</dc:title>
  <dc:subject>Programa y guion de un evento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