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autofit"/>
        <w:tblLook w:firstColumn="1" w:firstRow="1" w:lastColumn="0" w:lastRow="0" w:noHBand="0" w:noVBand="1" w:val="04A0"/>
      </w:tblPr>
      <w:tblGrid>
        <w:gridCol w:w="9638"/>
      </w:tblGrid>
      <w:tr>
        <w:tc>
          <w:tcPr>
            <w:tcW w:type="dxa" w:w="9638"/>
            <w:shd w:val="clear" w:color="auto" w:fill="404040"/>
            <w:tcMar>
              <w:top w:w="70" w:type="dxa"/>
              <w:left w:w="110" w:type="dxa"/>
              <w:bottom w:w="70" w:type="dxa"/>
              <w:right w:w="110" w:type="dxa"/>
            </w:tcMar>
          </w:tcPr>
          <w:p>
            <w:pPr>
              <w:spacing w:after="0"/>
            </w:pPr>
            <w:r>
              <w:rPr>
                <w:rFonts w:ascii="Calibri" w:hAnsi="Calibri" w:cs="Calibri"/>
                <w:b/>
                <w:i w:val="0"/>
                <w:color w:val="FFFFFF"/>
                <w:sz w:val="23"/>
              </w:rPr>
              <w:t>EMPLOYMENT CONTRACT</w:t>
            </w:r>
          </w:p>
        </w:tc>
      </w:tr>
    </w:tbl>
    <w:p>
      <w:pPr>
        <w:spacing w:after="40"/>
      </w:pPr>
    </w:p>
    <w:p>
      <w:r>
        <w:rPr>
          <w:rFonts w:ascii="Calibri" w:hAnsi="Calibri" w:cs="Calibri"/>
          <w:b w:val="0"/>
          <w:i/>
          <w:color w:val="595959"/>
          <w:sz w:val="19"/>
        </w:rPr>
        <w:t>General-purpose model for open-ended or fixed-term employment</w:t>
      </w:r>
    </w:p>
    <w:tbl>
      <w:tblPr>
        <w:tblStyle w:val="TableGrid"/>
        <w:tblW w:type="auto" w:w="0"/>
        <w:tblLook w:firstColumn="1" w:firstRow="1" w:lastColumn="0" w:lastRow="0" w:noHBand="0" w:noVBand="1" w:val="04A0"/>
      </w:tblPr>
      <w:tblGrid>
        <w:gridCol w:w="2409"/>
        <w:gridCol w:w="2409"/>
        <w:gridCol w:w="2409"/>
        <w:gridCol w:w="2409"/>
      </w:tblGrid>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code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[CT-___]</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Version</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1.0</w:t>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Date</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t>[DD/MM/YYYY]</w:t>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Document owner</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r>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Approved by</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c>
          <w:tcPr>
            <w:tcW w:type="dxa" w:w="2409"/>
            <w:shd w:val="clear" w:color="auto" w:fill="F2F2F2"/>
            <w:tcMar>
              <w:top w:w="40" w:type="dxa"/>
              <w:left w:w="80" w:type="dxa"/>
              <w:bottom w:w="40" w:type="dxa"/>
              <w:right w:w="80" w:type="dxa"/>
            </w:tcMar>
          </w:tcPr>
          <w:p>
            <w:pPr>
              <w:spacing w:after="0"/>
            </w:pPr>
            <w:r>
              <w:rPr>
                <w:rFonts w:ascii="Calibri" w:hAnsi="Calibri" w:cs="Calibri"/>
                <w:b/>
                <w:i w:val="0"/>
                <w:color w:val="595959"/>
                <w:sz w:val="17"/>
              </w:rPr>
              <w:t>Area or process</w:t>
            </w:r>
          </w:p>
        </w:tc>
        <w:tc>
          <w:tcPr>
            <w:tcW w:type="dxa" w:w="2409"/>
            <w:tcMar>
              <w:top w:w="40" w:type="dxa"/>
              <w:left w:w="80" w:type="dxa"/>
              <w:bottom w:w="40" w:type="dxa"/>
              <w:right w:w="80" w:type="dxa"/>
            </w:tcMar>
          </w:tcPr>
          <w:p>
            <w:pPr>
              <w:spacing w:after="0"/>
            </w:pPr>
            <w:r>
              <w:rPr>
                <w:rFonts w:ascii="Calibri" w:hAnsi="Calibri" w:cs="Calibri"/>
                <w:b w:val="0"/>
                <w:i w:val="0"/>
                <w:color w:val="262626"/>
                <w:sz w:val="17"/>
              </w:rPr>
            </w:r>
          </w:p>
        </w:tc>
      </w:tr>
    </w:tbl>
    <w:p>
      <w:pPr>
        <w:spacing w:after="40"/>
      </w:pPr>
    </w:p>
    <w:p>
      <w:pPr>
        <w:spacing w:before="160" w:after="60"/>
        <w:pBdr>
          <w:bottom w:val="single" w:sz="4" w:space="4" w:color="A6A6A6"/>
        </w:pBdr>
      </w:pPr>
      <w:r>
        <w:rPr>
          <w:rFonts w:ascii="Calibri" w:hAnsi="Calibri" w:cs="Calibri"/>
          <w:b/>
          <w:i w:val="0"/>
          <w:color w:val="404040"/>
          <w:sz w:val="22"/>
        </w:rPr>
        <w:t>1. Contract details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Contract No.</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 and date of signature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Copies signed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Area or process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2. Parties</w:t>
      </w:r>
    </w:p>
    <w:p>
      <w:r>
        <w:rPr>
          <w:rFonts w:ascii="Calibri" w:hAnsi="Calibri" w:cs="Calibri"/>
          <w:b w:val="0"/>
          <w:i w:val="0"/>
          <w:color w:val="262626"/>
          <w:sz w:val="21"/>
        </w:rPr>
        <w:t>EMPLOYER (company or individual)</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r>
        <w:rPr>
          <w:rFonts w:ascii="Calibri" w:hAnsi="Calibri" w:cs="Calibri"/>
          <w:b w:val="0"/>
          <w:i w:val="0"/>
          <w:color w:val="262626"/>
          <w:sz w:val="21"/>
        </w:rPr>
        <w:t>EMPLOYEE (individual)</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Full name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ID or tax number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Address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Phone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Email</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City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3. Position, duties and place of work</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Position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Area or process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Line manager</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Place of work</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r>
        <w:rPr>
          <w:rFonts w:ascii="Calibri" w:hAnsi="Calibri" w:cs="Calibri"/>
          <w:b w:val="0"/>
          <w:i/>
          <w:color w:val="262626"/>
          <w:sz w:val="20"/>
        </w:rPr>
        <w:t>Main duties</w:t>
      </w:r>
    </w:p>
    <w:p>
      <w:r>
        <w:rPr>
          <w:rFonts w:ascii="Calibri" w:hAnsi="Calibri" w:cs="Calibri"/>
          <w:b w:val="0"/>
          <w:i/>
          <w:color w:val="262626"/>
          <w:sz w:val="20"/>
        </w:rPr>
        <w:t>[Describe the duties here, or attach the job description]</w:t>
      </w:r>
    </w:p>
    <w:p>
      <w:pPr>
        <w:spacing w:before="160" w:after="60"/>
        <w:pBdr>
          <w:bottom w:val="single" w:sz="4" w:space="4" w:color="A6A6A6"/>
        </w:pBdr>
      </w:pPr>
      <w:r>
        <w:rPr>
          <w:rFonts w:ascii="Calibri" w:hAnsi="Calibri" w:cs="Calibri"/>
          <w:b/>
          <w:i w:val="0"/>
          <w:color w:val="404040"/>
          <w:sz w:val="22"/>
        </w:rPr>
        <w:t>4. Type and length</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Type (open-ended / fixed term / project)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Agreed length (for fixed term or project)</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Start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5. Working hours and schedule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Ordinary weekly working hours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Work schedule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Weekly rest day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6. Pay and payment terms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Monthly base pay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Currency</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r>
        <w:tc>
          <w:tcPr>
            <w:tcW w:type="dxa" w:w="2409"/>
            <w:tcMar>
              <w:top w:w="20" w:type="dxa"/>
              <w:left w:w="80" w:type="dxa"/>
              <w:bottom w:w="20" w:type="dxa"/>
              <w:right w:w="80" w:type="dxa"/>
            </w:tcMar>
          </w:tcPr>
          <w:p>
            <w:pPr>
              <w:spacing w:after="0"/>
            </w:pPr>
            <w:r>
              <w:rPr>
                <w:rFonts w:ascii="Calibri" w:hAnsi="Calibri" w:cs="Calibri"/>
                <w:b/>
                <w:i w:val="0"/>
                <w:color w:val="595959"/>
                <w:sz w:val="20"/>
              </w:rPr>
              <w:t>Payment method and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Other non-salary payments</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7. Probation period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Length of the probation period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Probation end date</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[DD/MM/YYYY]</w:t>
            </w:r>
          </w:p>
        </w:tc>
      </w:tr>
    </w:tbl>
    <w:p>
      <w:pPr>
        <w:spacing w:after="40"/>
      </w:pPr>
    </w:p>
    <w:p>
      <w:pPr>
        <w:spacing w:before="160" w:after="60"/>
        <w:pBdr>
          <w:bottom w:val="single" w:sz="4" w:space="4" w:color="A6A6A6"/>
        </w:pBdr>
      </w:pPr>
      <w:r>
        <w:rPr>
          <w:rFonts w:ascii="Calibri" w:hAnsi="Calibri" w:cs="Calibri"/>
          <w:b/>
          <w:i w:val="0"/>
          <w:color w:val="404040"/>
          <w:sz w:val="22"/>
        </w:rPr>
        <w:t>8. Employer obligations</w:t>
      </w:r>
    </w:p>
    <w:p>
      <w:pPr>
        <w:pStyle w:val="ListNumber"/>
        <w:spacing w:after="40"/>
      </w:pPr>
      <w:r>
        <w:rPr>
          <w:rFonts w:ascii="Calibri" w:hAnsi="Calibri" w:cs="Calibri"/>
          <w:b w:val="0"/>
          <w:i w:val="0"/>
          <w:color w:val="262626"/>
          <w:sz w:val="20"/>
        </w:rPr>
        <w:t>Pay the agreed salary and benefits on the agreed dates.</w:t>
      </w:r>
    </w:p>
    <w:p>
      <w:pPr>
        <w:pStyle w:val="ListNumber"/>
        <w:spacing w:after="40"/>
      </w:pPr>
      <w:r>
        <w:rPr>
          <w:rFonts w:ascii="Calibri" w:hAnsi="Calibri" w:cs="Calibri"/>
          <w:b w:val="0"/>
          <w:i w:val="0"/>
          <w:color w:val="262626"/>
          <w:sz w:val="20"/>
        </w:rPr>
        <w:t>Register the employee with the social security schemes the company uses.</w:t>
      </w:r>
    </w:p>
    <w:p>
      <w:pPr>
        <w:pStyle w:val="ListNumber"/>
        <w:spacing w:after="40"/>
      </w:pPr>
      <w:r>
        <w:rPr>
          <w:rFonts w:ascii="Calibri" w:hAnsi="Calibri" w:cs="Calibri"/>
          <w:b w:val="0"/>
          <w:i w:val="0"/>
          <w:color w:val="262626"/>
          <w:sz w:val="20"/>
        </w:rPr>
        <w:t>Provide the tools and protective equipment needed for the duties.</w:t>
      </w:r>
    </w:p>
    <w:p>
      <w:pPr>
        <w:pStyle w:val="ListNumber"/>
        <w:spacing w:after="40"/>
      </w:pPr>
      <w:r>
        <w:rPr>
          <w:rFonts w:ascii="Calibri" w:hAnsi="Calibri" w:cs="Calibri"/>
          <w:b w:val="0"/>
          <w:i w:val="0"/>
          <w:color w:val="262626"/>
          <w:sz w:val="20"/>
        </w:rPr>
        <w:t>Train the employee in the tasks of the position.</w:t>
      </w:r>
    </w:p>
    <w:p>
      <w:pPr>
        <w:pStyle w:val="ListNumber"/>
        <w:spacing w:after="40"/>
      </w:pPr>
      <w:r>
        <w:rPr>
          <w:rFonts w:ascii="Calibri" w:hAnsi="Calibri" w:cs="Calibri"/>
          <w:b w:val="0"/>
          <w:i w:val="0"/>
          <w:color w:val="262626"/>
          <w:sz w:val="20"/>
        </w:rPr>
        <w:t>Keep the employee's personal and employment information confidential.</w:t>
      </w:r>
    </w:p>
    <w:p>
      <w:pPr>
        <w:spacing w:before="160" w:after="60"/>
        <w:pBdr>
          <w:bottom w:val="single" w:sz="4" w:space="4" w:color="A6A6A6"/>
        </w:pBdr>
      </w:pPr>
      <w:r>
        <w:rPr>
          <w:rFonts w:ascii="Calibri" w:hAnsi="Calibri" w:cs="Calibri"/>
          <w:b/>
          <w:i w:val="0"/>
          <w:color w:val="404040"/>
          <w:sz w:val="22"/>
        </w:rPr>
        <w:t>9. Employee obligations</w:t>
      </w:r>
    </w:p>
    <w:p>
      <w:pPr>
        <w:pStyle w:val="ListNumber"/>
        <w:spacing w:after="40"/>
      </w:pPr>
      <w:r>
        <w:rPr>
          <w:rFonts w:ascii="Calibri" w:hAnsi="Calibri" w:cs="Calibri"/>
          <w:b w:val="0"/>
          <w:i w:val="0"/>
          <w:color w:val="262626"/>
          <w:sz w:val="20"/>
        </w:rPr>
        <w:t>Perform the duties, hours and work instructions diligently.</w:t>
      </w:r>
    </w:p>
    <w:p>
      <w:pPr>
        <w:pStyle w:val="ListNumber"/>
        <w:spacing w:after="40"/>
      </w:pPr>
      <w:r>
        <w:rPr>
          <w:rFonts w:ascii="Calibri" w:hAnsi="Calibri" w:cs="Calibri"/>
          <w:b w:val="0"/>
          <w:i w:val="0"/>
          <w:color w:val="262626"/>
          <w:sz w:val="20"/>
        </w:rPr>
        <w:t>Take care of company property and return it when asked.</w:t>
      </w:r>
    </w:p>
    <w:p>
      <w:pPr>
        <w:pStyle w:val="ListNumber"/>
        <w:spacing w:after="40"/>
      </w:pPr>
      <w:r>
        <w:rPr>
          <w:rFonts w:ascii="Calibri" w:hAnsi="Calibri" w:cs="Calibri"/>
          <w:b w:val="0"/>
          <w:i w:val="0"/>
          <w:color w:val="262626"/>
          <w:sz w:val="20"/>
        </w:rPr>
        <w:t>Report absences in advance and support them with the relevant documents.</w:t>
      </w:r>
    </w:p>
    <w:p>
      <w:pPr>
        <w:pStyle w:val="ListNumber"/>
        <w:spacing w:after="40"/>
      </w:pPr>
      <w:r>
        <w:rPr>
          <w:rFonts w:ascii="Calibri" w:hAnsi="Calibri" w:cs="Calibri"/>
          <w:b w:val="0"/>
          <w:i w:val="0"/>
          <w:color w:val="262626"/>
          <w:sz w:val="20"/>
        </w:rPr>
        <w:t>Keep order, respect and good working relations in the workplace.</w:t>
      </w:r>
    </w:p>
    <w:p>
      <w:pPr>
        <w:pStyle w:val="ListNumber"/>
        <w:spacing w:after="40"/>
      </w:pPr>
      <w:r>
        <w:rPr>
          <w:rFonts w:ascii="Calibri" w:hAnsi="Calibri" w:cs="Calibri"/>
          <w:b w:val="0"/>
          <w:i w:val="0"/>
          <w:color w:val="262626"/>
          <w:sz w:val="20"/>
        </w:rPr>
        <w:t>Keep confidential any information the employee has access to.</w:t>
      </w:r>
    </w:p>
    <w:p>
      <w:pPr>
        <w:pStyle w:val="ListNumber"/>
        <w:spacing w:after="40"/>
      </w:pPr>
      <w:r>
        <w:rPr>
          <w:rFonts w:ascii="Calibri" w:hAnsi="Calibri" w:cs="Calibri"/>
          <w:b w:val="0"/>
          <w:i w:val="0"/>
          <w:color w:val="262626"/>
          <w:sz w:val="20"/>
        </w:rPr>
        <w:t>Follow the safety rules and wear the protective equipment provided.</w:t>
      </w:r>
    </w:p>
    <w:p>
      <w:pPr>
        <w:spacing w:before="160" w:after="60"/>
        <w:pBdr>
          <w:bottom w:val="single" w:sz="4" w:space="4" w:color="A6A6A6"/>
        </w:pBdr>
      </w:pPr>
      <w:r>
        <w:rPr>
          <w:rFonts w:ascii="Calibri" w:hAnsi="Calibri" w:cs="Calibri"/>
          <w:b/>
          <w:i w:val="0"/>
          <w:color w:val="404040"/>
          <w:sz w:val="22"/>
        </w:rPr>
        <w:t>10. Confidentiality and use of information</w:t>
      </w:r>
    </w:p>
    <w:p>
      <w:pPr>
        <w:jc w:val="both"/>
      </w:pPr>
      <w:r>
        <w:rPr>
          <w:rFonts w:ascii="Calibri" w:hAnsi="Calibri" w:cs="Calibri"/>
          <w:b w:val="0"/>
          <w:i w:val="0"/>
          <w:color w:val="262626"/>
          <w:sz w:val="21"/>
        </w:rPr>
        <w:t>The employee agrees not to disclose or use outside the job any confidential information belonging to the company or its customers, during the employment relationship and after it ends. All documents, equipment and access must be returned at the end.</w:t>
      </w:r>
    </w:p>
    <w:p>
      <w:pPr>
        <w:spacing w:before="160" w:after="60"/>
        <w:pBdr>
          <w:bottom w:val="single" w:sz="4" w:space="4" w:color="A6A6A6"/>
        </w:pBdr>
      </w:pPr>
      <w:r>
        <w:rPr>
          <w:rFonts w:ascii="Calibri" w:hAnsi="Calibri" w:cs="Calibri"/>
          <w:b/>
          <w:i w:val="0"/>
          <w:color w:val="404040"/>
          <w:sz w:val="22"/>
        </w:rPr>
        <w:t>11. Work equipment and uniform</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Tools, equipment and items provided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Mar>
              <w:top w:w="20" w:type="dxa"/>
              <w:left w:w="80" w:type="dxa"/>
              <w:bottom w:w="20" w:type="dxa"/>
              <w:right w:w="80" w:type="dxa"/>
            </w:tcMar>
          </w:tcPr>
          <w:p>
            <w:pPr>
              <w:spacing w:after="0"/>
            </w:pPr>
            <w:r>
              <w:rPr>
                <w:rFonts w:ascii="Calibri" w:hAnsi="Calibri" w:cs="Calibri"/>
                <w:b/>
                <w:i w:val="0"/>
                <w:color w:val="595959"/>
                <w:sz w:val="20"/>
              </w:rPr>
              <w:t>Personal protective equipment provided</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r>
    </w:tbl>
    <w:p>
      <w:pPr>
        <w:spacing w:after="40"/>
      </w:pPr>
    </w:p>
    <w:p>
      <w:pPr>
        <w:spacing w:before="160" w:after="60"/>
        <w:pBdr>
          <w:bottom w:val="single" w:sz="4" w:space="4" w:color="A6A6A6"/>
        </w:pBdr>
      </w:pPr>
      <w:r>
        <w:rPr>
          <w:rFonts w:ascii="Calibri" w:hAnsi="Calibri" w:cs="Calibri"/>
          <w:b/>
          <w:i w:val="0"/>
          <w:color w:val="404040"/>
          <w:sz w:val="22"/>
        </w:rPr>
        <w:t>12. Health and safety at work</w:t>
      </w:r>
    </w:p>
    <w:p>
      <w:pPr>
        <w:jc w:val="both"/>
      </w:pPr>
      <w:r>
        <w:rPr>
          <w:rFonts w:ascii="Calibri" w:hAnsi="Calibri" w:cs="Calibri"/>
          <w:b w:val="0"/>
          <w:i w:val="0"/>
          <w:color w:val="262626"/>
          <w:sz w:val="21"/>
        </w:rPr>
        <w:t>The employee will follow the company's health and safety instructions, wear the protective equipment provided, report accidents and near misses immediately and attend the scheduled training sessions.</w:t>
      </w:r>
    </w:p>
    <w:p>
      <w:pPr>
        <w:spacing w:before="160" w:after="60"/>
        <w:pBdr>
          <w:bottom w:val="single" w:sz="4" w:space="4" w:color="A6A6A6"/>
        </w:pBdr>
      </w:pPr>
      <w:r>
        <w:rPr>
          <w:rFonts w:ascii="Calibri" w:hAnsi="Calibri" w:cs="Calibri"/>
          <w:b/>
          <w:i w:val="0"/>
          <w:color w:val="404040"/>
          <w:sz w:val="22"/>
        </w:rPr>
        <w:t>13. Termination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09"/>
        <w:gridCol w:w="2409"/>
        <w:gridCol w:w="2409"/>
        <w:gridCol w:w="2409"/>
      </w:tblGrid>
      <w:tr>
        <w:tc>
          <w:tcPr>
            <w:tcW w:type="dxa" w:w="2409"/>
            <w:tcMar>
              <w:top w:w="20" w:type="dxa"/>
              <w:left w:w="80" w:type="dxa"/>
              <w:bottom w:w="20" w:type="dxa"/>
              <w:right w:w="80" w:type="dxa"/>
            </w:tcMar>
          </w:tcPr>
          <w:p>
            <w:pPr>
              <w:spacing w:after="0"/>
            </w:pPr>
            <w:r>
              <w:rPr>
                <w:rFonts w:ascii="Calibri" w:hAnsi="Calibri" w:cs="Calibri"/>
                <w:b/>
                <w:i w:val="0"/>
                <w:color w:val="595959"/>
                <w:sz w:val="20"/>
              </w:rPr>
              <w:t>Agreed grounds for termination</w:t>
            </w:r>
          </w:p>
        </w:tc>
        <w:tc>
          <w:tcPr>
            <w:tcW w:type="dxa" w:w="2409"/>
            <w:tcMar>
              <w:top w:w="20" w:type="dxa"/>
              <w:left w:w="80" w:type="dxa"/>
              <w:bottom w:w="20" w:type="dxa"/>
              <w:right w:w="80" w:type="dxa"/>
            </w:tcMar>
          </w:tcPr>
          <w:p>
            <w:pPr>
              <w:spacing w:after="0"/>
              <w:pBdr>
                <w:bottom w:val="single" w:sz="4" w:space="4" w:color="A6A6A6"/>
              </w:pBdr>
            </w:pPr>
            <w:r>
              <w:rPr>
                <w:rFonts w:ascii="Calibri" w:hAnsi="Calibri" w:cs="Calibri"/>
                <w:b w:val="0"/>
                <w:i/>
                <w:color w:val="808080"/>
                <w:sz w:val="20"/>
              </w:rPr>
              <w:t>[ ]</w:t>
            </w:r>
          </w:p>
        </w:tc>
        <w:tc>
          <w:tcPr>
            <w:tcW w:type="dxa" w:w="2409"/>
          </w:tcPr>
          <w:p/>
        </w:tc>
        <w:tc>
          <w:tcPr>
            <w:tcW w:type="dxa" w:w="2409"/>
          </w:tcPr>
          <w:p/>
        </w:tc>
      </w:tr>
    </w:tbl>
    <w:p>
      <w:pPr>
        <w:spacing w:after="40"/>
      </w:pPr>
    </w:p>
    <w:p>
      <w:pPr>
        <w:spacing w:before="160" w:after="60"/>
        <w:pBdr>
          <w:bottom w:val="single" w:sz="4" w:space="4" w:color="A6A6A6"/>
        </w:pBdr>
      </w:pPr>
      <w:r>
        <w:rPr>
          <w:rFonts w:ascii="Calibri" w:hAnsi="Calibri" w:cs="Calibri"/>
          <w:b/>
          <w:i w:val="0"/>
          <w:color w:val="404040"/>
          <w:sz w:val="22"/>
        </w:rPr>
        <w:t>14. Special terms and signatures</w:t>
      </w:r>
    </w:p>
    <w:p>
      <w:r>
        <w:rPr>
          <w:rFonts w:ascii="Calibri" w:hAnsi="Calibri" w:cs="Calibri"/>
          <w:b w:val="0"/>
          <w:i/>
          <w:color w:val="262626"/>
          <w:sz w:val="20"/>
        </w:rPr>
        <w:t>Special terms</w:t>
      </w:r>
    </w:p>
    <w:p>
      <w:r>
        <w:rPr>
          <w:rFonts w:ascii="Calibri" w:hAnsi="Calibri" w:cs="Calibri"/>
          <w:b w:val="0"/>
          <w:i/>
          <w:color w:val="262626"/>
          <w:sz w:val="20"/>
        </w:rPr>
        <w:t>[Write here any additional condition agreed with the employee]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3213"/>
        <w:gridCol w:w="3213"/>
        <w:gridCol w:w="3213"/>
      </w:tblGrid>
      <w:tr>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EMPLOYER</w:t>
            </w:r>
          </w:p>
          <w:p>
            <w:pPr>
              <w:spacing w:after="20"/>
            </w:pPr>
            <w:r>
              <w:rPr>
                <w:rFonts w:ascii="Calibri" w:hAnsi="Calibri" w:cs="Calibri"/>
                <w:b w:val="0"/>
                <w:i/>
                <w:color w:val="262626"/>
                <w:sz w:val="18"/>
              </w:rPr>
              <w:t>Company or full name, ID or tax number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EMPLOYEE</w:t>
            </w:r>
          </w:p>
          <w:p>
            <w:pPr>
              <w:spacing w:after="20"/>
            </w:pPr>
            <w:r>
              <w:rPr>
                <w:rFonts w:ascii="Calibri" w:hAnsi="Calibri" w:cs="Calibri"/>
                <w:b w:val="0"/>
                <w:i/>
                <w:color w:val="262626"/>
                <w:sz w:val="18"/>
              </w:rPr>
              <w:t>Full name, ID and signature</w:t>
            </w:r>
          </w:p>
        </w:tc>
        <w:tc>
          <w:tcPr>
            <w:tcW w:type="dxa" w:w="3213"/>
            <w:tcMar>
              <w:top w:w="200" w:type="dxa"/>
              <w:left w:w="80" w:type="dxa"/>
              <w:bottom w:w="40" w:type="dxa"/>
              <w:right w:w="80" w:type="dxa"/>
            </w:tcMar>
          </w:tcPr>
          <w:p>
            <w:pPr>
              <w:spacing w:after="20"/>
              <w:pBdr>
                <w:bottom w:val="single" w:sz="6" w:space="4" w:color="595959"/>
              </w:pBdr>
            </w:pPr>
            <w:r>
              <w:rPr>
                <w:rFonts w:ascii="Calibri" w:hAnsi="Calibri" w:cs="Calibri"/>
                <w:b w:val="0"/>
                <w:i w:val="0"/>
                <w:color w:val="262626"/>
                <w:sz w:val="18"/>
              </w:rPr>
            </w:r>
          </w:p>
          <w:p>
            <w:pPr>
              <w:spacing w:after="20"/>
            </w:pPr>
            <w:r>
              <w:rPr>
                <w:rFonts w:ascii="Calibri" w:hAnsi="Calibri" w:cs="Calibri"/>
                <w:b w:val="0"/>
                <w:i w:val="0"/>
                <w:color w:val="262626"/>
                <w:sz w:val="18"/>
              </w:rPr>
              <w:t>WITNESS</w:t>
            </w:r>
          </w:p>
          <w:p>
            <w:pPr>
              <w:spacing w:after="20"/>
            </w:pPr>
            <w:r>
              <w:rPr>
                <w:rFonts w:ascii="Calibri" w:hAnsi="Calibri" w:cs="Calibri"/>
                <w:b w:val="0"/>
                <w:i/>
                <w:color w:val="262626"/>
                <w:sz w:val="18"/>
              </w:rPr>
              <w:t>Full name, ID and signature</w:t>
            </w:r>
          </w:p>
        </w:tc>
      </w:tr>
    </w:tbl>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This is a general-purpose internal template. It is not legal advice: have your advisor or accountant review it and adapt it to the rules that apply to you before you use it.</w:t>
            </w:r>
          </w:p>
        </w:tc>
      </w:tr>
    </w:tbl>
    <w:p>
      <w:pPr>
        <w:spacing w:after="40"/>
      </w:pPr>
    </w:p>
    <w:tbl>
      <w:tblPr>
        <w:tblW w:type="auto" w:w="0"/>
        <w:tblLook w:firstColumn="1" w:firstRow="1" w:lastColumn="0" w:lastRow="0" w:noHBand="0" w:noVBand="1" w:val="04A0"/>
      </w:tblPr>
      <w:tblGrid>
        <w:gridCol w:w="9638"/>
      </w:tblGrid>
      <w:tr>
        <w:tc>
          <w:tcPr>
            <w:tcW w:type="dxa" w:w="9638"/>
            <w:shd w:val="clear" w:color="auto" w:fill="F7F7F7"/>
            <w:tcBorders>
              <w:top w:val="single" w:sz="6" w:space="0" w:color="A6A6A6"/>
              <w:left w:val="single" w:sz="6" w:space="0" w:color="A6A6A6"/>
              <w:bottom w:val="single" w:sz="6" w:space="0" w:color="A6A6A6"/>
              <w:right w:val="single" w:sz="6" w:space="0" w:color="A6A6A6"/>
            </w:tcBorders>
            <w:tcMar>
              <w:top w:w="90" w:type="dxa"/>
              <w:left w:w="140" w:type="dxa"/>
              <w:bottom w:w="90" w:type="dxa"/>
              <w:right w:w="140" w:type="dxa"/>
            </w:tcMar>
          </w:tcPr>
          <w:p>
            <w:pPr>
              <w:spacing w:after="0"/>
            </w:pPr>
            <w:r>
              <w:rPr>
                <w:rFonts w:ascii="Calibri" w:hAnsi="Calibri" w:cs="Calibri"/>
                <w:b w:val="0"/>
                <w:i w:val="0"/>
                <w:color w:val="595959"/>
                <w:sz w:val="18"/>
              </w:rPr>
              <w:t>Once signed, file this document with its attachments in the area folder. Keep a copy for each of the signing parties.</w:t>
            </w:r>
          </w:p>
        </w:tc>
      </w:tr>
    </w:tbl>
    <w:p>
      <w:pPr>
        <w:spacing w:after="40"/>
      </w:pP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Bdr>
        <w:top w:val="single" w:sz="4" w:space="4" w:color="A6A6A6"/>
      </w:pBdr>
    </w:pPr>
    <w:r/>
    <w:r>
      <w:rPr>
        <w:rFonts w:ascii="Calibri" w:hAnsi="Calibri" w:cs="Calibri"/>
        <w:b w:val="0"/>
        <w:i w:val="0"/>
        <w:color w:val="595959"/>
        <w:sz w:val="16"/>
      </w:rPr>
      <w:t xml:space="preserve">[Company name] · Employment contract    </w:t>
    </w:r>
    <w:r>
      <w:rPr>
        <w:rFonts w:ascii="Calibri" w:hAnsi="Calibri" w:cs="Calibri"/>
        <w:b w:val="0"/>
        <w:i w:val="0"/>
        <w:color w:val="595959"/>
        <w:sz w:val="16"/>
      </w:rPr>
      <w:t xml:space="preserve">Page </w:t>
    </w:r>
    <w:fldSimple w:instr="PAGE">
      <w:r>
        <w:rPr>
          <w:sz w:val="16"/>
          <w:color w:val="595959"/>
        </w:rPr>
        <w:t>1</w:t>
      </w:r>
    </w:fldSimple>
    <w:r/>
    <w:r>
      <w:rPr>
        <w:rFonts w:ascii="Calibri" w:hAnsi="Calibri" w:cs="Calibri"/>
        <w:b w:val="0"/>
        <w:i w:val="0"/>
        <w:color w:val="595959"/>
        <w:sz w:val="16"/>
      </w:rPr>
      <w:t xml:space="preserve"> of </w:t>
    </w:r>
    <w:fldSimple w:instr="NUMPAGES">
      <w:r>
        <w:rPr>
          <w:sz w:val="16"/>
          <w:color w:val="595959"/>
        </w:rPr>
        <w:t>1</w:t>
      </w:r>
    </w:fldSimpl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before="0"/>
    </w:pPr>
    <w:rPr>
      <w:rFonts w:ascii="Calibri" w:hAnsi="Calibri" w:cs="Calibri" w:eastAsia="Calibri"/>
      <w:color w:val="26262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subject>Contrato de trabajo</dc:subject>
  <dc:creator>Kardex Tauro</dc:creator>
  <cp:keywords/>
  <dc:description>Plantilla gratuita de kardex-tauro.muisca.co</dc:description>
  <cp:lastModifiedBy/>
  <cp:revision>1</cp:revision>
  <dcterms:created xsi:type="dcterms:W3CDTF">2013-12-23T23:15:00Z</dcterms:created>
  <dcterms:modified xsi:type="dcterms:W3CDTF">2013-12-23T23:15:00Z</dcterms:modified>
  <cp:category/>
</cp:coreProperties>
</file>