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PROVA E QUESTIONÁRIO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Banco de questões com folha de respostas e gabarito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[EQ-___]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avaliação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avaliação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Disciplina ou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Série ou 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Professor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Tempo disponível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Pontuação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Instruções para o estudante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quantas questões há, quanto vale cada uma, se é permitido usar calculadora ou material de apoio e o que fazer quando uma questão não estiver clara.]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estudante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avaliação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Questões de múltipla escolha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Questão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Dificuldade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Questões discursivas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esperada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Folha de respostas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10</w:t>
            </w:r>
          </w:p>
        </w:tc>
      </w:tr>
      <w:tr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Gabarito e pontuação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[Para as questões abertas, escreva os pontos que uma resposta completa deve conter, não a resposta palavra por palavra: assim duas respostas diferentes podem ser consideradas corretas.]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Questão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correta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Revisão dos resultados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[Qual questão foi mais difícil, que tema precisa ser retomado e o que ajustar na próxima avaliação.]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Prova e questionário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y cuestionario</dc:title>
  <dc:subject>Prueba con hoja de respuestas y clave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