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RÚBRICA DE AVALIAÇÃO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 que se avalia, como é cada nível e quanto vale cada critério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[RB-___]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trabalho avaliado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Trabalho ou atividade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Disciplina ou 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Série ou ano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Pontuação total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Como usar esta rúbrica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[Cada linha é um critério; cada coluna, um nível de desempenho. Marque uma única célula por linha e some os pontos. Se um critério pesar mais, dê mais pontos ou repita a linha.]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Critérios e níveis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Critério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Inicial (2)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 processo (3)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Satisfatório (4)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Destacado (5)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Pontos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Resumo da pontuação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Pontuação obtida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Nota ou conceito final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Devolutiva para o estudante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duas coisas: o que foi bem e o próximo ponto concreto a melhorar. Uma rúbrica sem comentário não ensina nada.]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Observações para a próxima entrega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PROFESSOR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instituição] · Rúbrica de avaliação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Rúbrica de evaluación</dc:title>
  <dc:subject>Criterios y niveles de logro de un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