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ORDEM DE SERVIÇO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Contrata um serviço com terceiros: o que se faz, quanto se paga, o que se entrega e como se recebe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[OS-___]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da ordem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Ordem de serviço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emissão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contrata (empresa ou pessoa)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solicitante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autoriza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Dados do prestador do serviço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ou razão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(pessoa física / pessoa jurídica)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Representante ou pessoa de contato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Serviço contratado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[Descreva o serviço com precisão: o que se faz, onde e até onde vai. Se houver várias frentes de trabalho, numere-as.]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 onde é prestado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Supervisor ou responsável por receber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término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Horário ou forma de execução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Condições econômicas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Forma de pagamento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Valor do serviço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Adiantamento combinado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Pagamentos por etapas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Descontos ou retenções combinados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Valor total da ordem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Prazo de pagamento combinado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que é necessário para pagar (relatório, ata de recebimento, documentos)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Entregas e como são verificadas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Entrega ou etapa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Quando é entregue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se verifica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Obrigações do prestador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Prestar o serviço com pessoal capacitado e com os itens necessários.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Cumprir as regras de segurança do local e as orientações do supervisor.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Responder pelos danos que causar a bens ou a terceiros durante o trabalho.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relatórios, comprovantes e documentos quando solicitado.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Manter o sigilo das informações a que tiver acesso.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Obrigações de quem contrata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Permitir o acesso ao local nos horários combinados.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as informações e os itens que lhe correspondem.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Revisar as entregas e responder nos prazos combinados.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Pagar conforme as condições econômicas desta ordem.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Pessoal, uniforme e segurança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Pessoal designado (número e perfis)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Usa uniforme e equipamentos de proteção próprios? (Sim / Não)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Regras do local que deve cumprir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responde por danos e pela limpeza da 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Aceite e assinaturas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prestador aceita as condições desta ordem de serviço e declara que conhece o alcance, as entregas e a forma de pagamento. Qualquer mudança de alcance é combinada por escrito antes de ser executada.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PRESTADOR DO SERVIÇO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ou CNPJ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CONTRATA E AUTORIZA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TESTEMUNHA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é um modelo geral de uso interno. Não é assessoria jurídica: antes de usar, revise-o com seu advogado ou contador e ajuste-o às regras que se aplicam ao seu caso.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Ordem de serviço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 servicio</dc:title>
  <dc:subject>Orden de servicio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