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NIT · Dirección · Ciudad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Teléfono · Correo electrónico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CERTIFICADO DE INGRESOS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Certificado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[CI-___]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expedición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QUIEN LO RECIBE]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 o entidad]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Certificado de ingresos de [nombre del trabajador]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 empresa que suscribe certifica que la persona que se identifica abajo presta sus servicios en esta empresa y recibe los ingresos que se detallan. Este certificado se expide a solicitud del trabajador y para el uso que él indique.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trabajador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vinculación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¿Continúa vinculado?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 la empresa que certifica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Razón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Representante legal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Ingresos certificados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mensual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Salario básico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Auxilio o subsidio de transporte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Otros pagos fijos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Promedio de pagos variables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de ingresos mensuales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Otros datos que se certifican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de contratación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Tiempo de servicio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¿Recibe otros pagos? (descríbalos)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Uso y vigencia de este certificado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Uso indicado por el trabajador (arriendo / crédito / visa / estudio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 del certificado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Los valores aquí consignados corresponden al momento de la expedición. Si cambian las condiciones del trabajador, se expide un certificado nuevo.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Verificación y firma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Cualquier entidad puede verificar la autenticidad de este certificado escribiendo a los datos de contacto de abajo, indicando el número del certificado.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 QUIEN FIRMA]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[Cargo: Representante legal o Talento Humano]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FIRMA Y SELLO DE LA EMPRESA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[CI-___]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Certificado de ingresos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ingresos</dc:title>
  <dc:subject>Certificado de ingresos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