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autofit"/>
        <w:tblLook w:firstColumn="1" w:firstRow="1" w:lastColumn="0" w:lastRow="0" w:noHBand="0" w:noVBand="1" w:val="04A0"/>
      </w:tblPr>
      <w:tblGrid>
        <w:gridCol w:w="9638"/>
      </w:tblGrid>
      <w:tr>
        <w:tc>
          <w:tcPr>
            <w:tcW w:type="dxa" w:w="9638"/>
            <w:shd w:val="clear" w:color="auto" w:fill="404040"/>
            <w:tcMar>
              <w:top w:w="70" w:type="dxa"/>
              <w:left w:w="110" w:type="dxa"/>
              <w:bottom w:w="70" w:type="dxa"/>
              <w:right w:w="110" w:type="dxa"/>
            </w:tcMar>
          </w:tcPr>
          <w:p>
            <w:pPr>
              <w:spacing w:after="0"/>
            </w:pPr>
            <w:r>
              <w:rPr>
                <w:rFonts w:ascii="Calibri" w:hAnsi="Calibri" w:cs="Calibri"/>
                <w:b/>
                <w:i w:val="0"/>
                <w:color w:val="FFFFFF"/>
                <w:sz w:val="23"/>
              </w:rPr>
              <w:t>SERVICE ORDER</w:t>
            </w:r>
          </w:p>
        </w:tc>
      </w:tr>
    </w:tbl>
    <w:p>
      <w:pPr>
        <w:spacing w:after="40"/>
      </w:pPr>
    </w:p>
    <w:p>
      <w:r>
        <w:rPr>
          <w:rFonts w:ascii="Calibri" w:hAnsi="Calibri" w:cs="Calibri"/>
          <w:b w:val="0"/>
          <w:i/>
          <w:color w:val="595959"/>
          <w:sz w:val="19"/>
        </w:rPr>
        <w:t>Engages a service from a third party: what is done, what is paid, what is delivered and how it is accepted</w:t>
      </w:r>
    </w:p>
    <w:tbl>
      <w:tblPr>
        <w:tblStyle w:val="TableGrid"/>
        <w:tblW w:type="auto" w:w="0"/>
        <w:tblLook w:firstColumn="1" w:firstRow="1" w:lastColumn="0" w:lastRow="0" w:noHBand="0" w:noVBand="1" w:val="04A0"/>
      </w:tblPr>
      <w:tblGrid>
        <w:gridCol w:w="2409"/>
        <w:gridCol w:w="2409"/>
        <w:gridCol w:w="2409"/>
        <w:gridCol w:w="2409"/>
      </w:tblGrid>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Document code</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[OS-___]</w:t>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Version</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1.0</w:t>
            </w:r>
          </w:p>
        </w:tc>
      </w:tr>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Date</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[DD/MM/YYYY]</w:t>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Document owner</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r>
          </w:p>
        </w:tc>
      </w:tr>
    </w:tbl>
    <w:p>
      <w:pPr>
        <w:spacing w:after="40"/>
      </w:pPr>
    </w:p>
    <w:p>
      <w:pPr>
        <w:spacing w:before="160" w:after="60"/>
        <w:pBdr>
          <w:bottom w:val="single" w:sz="4" w:space="4" w:color="A6A6A6"/>
        </w:pBdr>
      </w:pPr>
      <w:r>
        <w:rPr>
          <w:rFonts w:ascii="Calibri" w:hAnsi="Calibri" w:cs="Calibri"/>
          <w:b/>
          <w:i w:val="0"/>
          <w:color w:val="404040"/>
          <w:sz w:val="22"/>
        </w:rPr>
        <w:t>1. Order details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Service order No.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[DD/MM/YYYY]</w:t>
            </w:r>
          </w:p>
        </w:tc>
        <w:tc>
          <w:tcPr>
            <w:tcW w:type="dxa" w:w="2409"/>
            <w:tcMar>
              <w:top w:w="20" w:type="dxa"/>
              <w:left w:w="80" w:type="dxa"/>
              <w:bottom w:w="20" w:type="dxa"/>
              <w:right w:w="80" w:type="dxa"/>
            </w:tcMar>
          </w:tcPr>
          <w:p>
            <w:pPr>
              <w:spacing w:after="0"/>
            </w:pPr>
            <w:r>
              <w:rPr>
                <w:rFonts w:ascii="Calibri" w:hAnsi="Calibri" w:cs="Calibri"/>
                <w:b/>
                <w:i w:val="0"/>
                <w:color w:val="595959"/>
                <w:sz w:val="20"/>
              </w:rPr>
              <w:t>Date issued</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[DD/MM/YYYY]</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Who engages the service (company or individual)</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Requesting area</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Authorised by</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Currency</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2. Details of the service provider</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Name or company name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ID or tax number</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Type (individual / company)</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Representative or contact person</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Phone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Email</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Address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Notes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3. Service engaged</w:t>
      </w:r>
    </w:p>
    <w:p>
      <w:pPr>
        <w:jc w:val="both"/>
      </w:pPr>
      <w:r>
        <w:rPr>
          <w:rFonts w:ascii="Calibri" w:hAnsi="Calibri" w:cs="Calibri"/>
          <w:b w:val="0"/>
          <w:i w:val="0"/>
          <w:color w:val="262626"/>
          <w:sz w:val="21"/>
        </w:rPr>
        <w:t>[Describe the service precisely: what is done, where and how far it goes. If there are several work fronts, number them.]</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Place where it is provided</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Supervisor or person receiving the service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Start date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[DD/MM/YYYY]</w:t>
            </w:r>
          </w:p>
        </w:tc>
        <w:tc>
          <w:tcPr>
            <w:tcW w:type="dxa" w:w="2409"/>
            <w:tcMar>
              <w:top w:w="20" w:type="dxa"/>
              <w:left w:w="80" w:type="dxa"/>
              <w:bottom w:w="20" w:type="dxa"/>
              <w:right w:w="80" w:type="dxa"/>
            </w:tcMar>
          </w:tcPr>
          <w:p>
            <w:pPr>
              <w:spacing w:after="0"/>
            </w:pPr>
            <w:r>
              <w:rPr>
                <w:rFonts w:ascii="Calibri" w:hAnsi="Calibri" w:cs="Calibri"/>
                <w:b/>
                <w:i w:val="0"/>
                <w:color w:val="595959"/>
                <w:sz w:val="20"/>
              </w:rPr>
              <w:t>End date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[DD/MM/YYYY]</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Hours or way of working</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Notes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4. Commercial terms</w:t>
      </w:r>
    </w:p>
    <w:tbl>
      <w:tblPr>
        <w:tblStyle w:val="TableGrid"/>
        <w:tblW w:type="auto" w:w="0"/>
        <w:tblLook w:firstColumn="1" w:firstRow="1" w:lastColumn="0" w:lastRow="0" w:noHBand="0" w:noVBand="1" w:val="04A0"/>
      </w:tblPr>
      <w:tblGrid>
        <w:gridCol w:w="3213"/>
        <w:gridCol w:w="3213"/>
        <w:gridCol w:w="3213"/>
      </w:tblGrid>
      <w:tr>
        <w:trPr>
          <w:tblHeader w:val="true"/>
        </w:trPr>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Item</w:t>
            </w:r>
          </w:p>
        </w:tc>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Amount</w:t>
            </w:r>
          </w:p>
        </w:tc>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Payment terms</w:t>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Price of the service</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Agreed advance</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Payments per milestone</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Agreed discounts or withholdings</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Total value of the order</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Agreed payment term</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What is needed in order to pay (report, acceptance record, documents)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5. Deliverables and how they are verified</w:t>
      </w:r>
    </w:p>
    <w:tbl>
      <w:tblPr>
        <w:tblStyle w:val="TableGrid"/>
        <w:tblW w:type="auto" w:w="0"/>
        <w:tblLook w:firstColumn="1" w:firstRow="1" w:lastColumn="0" w:lastRow="0" w:noHBand="0" w:noVBand="1" w:val="04A0"/>
      </w:tblPr>
      <w:tblGrid>
        <w:gridCol w:w="2409"/>
        <w:gridCol w:w="2409"/>
        <w:gridCol w:w="2409"/>
        <w:gridCol w:w="2409"/>
      </w:tblGrid>
      <w:tr>
        <w:trPr>
          <w:tblHeader w:val="true"/>
        </w:trPr>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No.</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Deliverable or milestone</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When it is delivered</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How it is verified</w:t>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6. Obligations of the provider</w:t>
      </w:r>
    </w:p>
    <w:p>
      <w:pPr>
        <w:pStyle w:val="ListNumber"/>
        <w:spacing w:after="40"/>
      </w:pPr>
      <w:r>
        <w:rPr>
          <w:rFonts w:ascii="Calibri" w:hAnsi="Calibri" w:cs="Calibri"/>
          <w:b w:val="0"/>
          <w:i w:val="0"/>
          <w:color w:val="262626"/>
          <w:sz w:val="20"/>
        </w:rPr>
        <w:t>Provide the service with competent staff and the necessary items.</w:t>
      </w:r>
    </w:p>
    <w:p>
      <w:pPr>
        <w:pStyle w:val="ListNumber"/>
        <w:spacing w:after="40"/>
      </w:pPr>
      <w:r>
        <w:rPr>
          <w:rFonts w:ascii="Calibri" w:hAnsi="Calibri" w:cs="Calibri"/>
          <w:b w:val="0"/>
          <w:i w:val="0"/>
          <w:color w:val="262626"/>
          <w:sz w:val="20"/>
        </w:rPr>
        <w:t>Follow the site safety rules and the supervisor's instructions.</w:t>
      </w:r>
    </w:p>
    <w:p>
      <w:pPr>
        <w:pStyle w:val="ListNumber"/>
        <w:spacing w:after="40"/>
      </w:pPr>
      <w:r>
        <w:rPr>
          <w:rFonts w:ascii="Calibri" w:hAnsi="Calibri" w:cs="Calibri"/>
          <w:b w:val="0"/>
          <w:i w:val="0"/>
          <w:color w:val="262626"/>
          <w:sz w:val="20"/>
        </w:rPr>
        <w:t>Be liable for damage caused to property or third parties during the work.</w:t>
      </w:r>
    </w:p>
    <w:p>
      <w:pPr>
        <w:pStyle w:val="ListNumber"/>
        <w:spacing w:after="40"/>
      </w:pPr>
      <w:r>
        <w:rPr>
          <w:rFonts w:ascii="Calibri" w:hAnsi="Calibri" w:cs="Calibri"/>
          <w:b w:val="0"/>
          <w:i w:val="0"/>
          <w:color w:val="262626"/>
          <w:sz w:val="20"/>
        </w:rPr>
        <w:t>Provide reports, evidence and documents when requested.</w:t>
      </w:r>
    </w:p>
    <w:p>
      <w:pPr>
        <w:pStyle w:val="ListNumber"/>
        <w:spacing w:after="40"/>
      </w:pPr>
      <w:r>
        <w:rPr>
          <w:rFonts w:ascii="Calibri" w:hAnsi="Calibri" w:cs="Calibri"/>
          <w:b w:val="0"/>
          <w:i w:val="0"/>
          <w:color w:val="262626"/>
          <w:sz w:val="20"/>
        </w:rPr>
        <w:t>Keep confidential any information they have access to.</w:t>
      </w:r>
    </w:p>
    <w:p>
      <w:pPr>
        <w:spacing w:before="160" w:after="60"/>
        <w:pBdr>
          <w:bottom w:val="single" w:sz="4" w:space="4" w:color="A6A6A6"/>
        </w:pBdr>
      </w:pPr>
      <w:r>
        <w:rPr>
          <w:rFonts w:ascii="Calibri" w:hAnsi="Calibri" w:cs="Calibri"/>
          <w:b/>
          <w:i w:val="0"/>
          <w:color w:val="404040"/>
          <w:sz w:val="22"/>
        </w:rPr>
        <w:t>7. Obligations of the party engaging the service</w:t>
      </w:r>
    </w:p>
    <w:p>
      <w:pPr>
        <w:pStyle w:val="ListNumber"/>
        <w:spacing w:after="40"/>
      </w:pPr>
      <w:r>
        <w:rPr>
          <w:rFonts w:ascii="Calibri" w:hAnsi="Calibri" w:cs="Calibri"/>
          <w:b w:val="0"/>
          <w:i w:val="0"/>
          <w:color w:val="262626"/>
          <w:sz w:val="20"/>
        </w:rPr>
        <w:t>Allow access to the site during the agreed hours.</w:t>
      </w:r>
    </w:p>
    <w:p>
      <w:pPr>
        <w:pStyle w:val="ListNumber"/>
        <w:spacing w:after="40"/>
      </w:pPr>
      <w:r>
        <w:rPr>
          <w:rFonts w:ascii="Calibri" w:hAnsi="Calibri" w:cs="Calibri"/>
          <w:b w:val="0"/>
          <w:i w:val="0"/>
          <w:color w:val="262626"/>
          <w:sz w:val="20"/>
        </w:rPr>
        <w:t>Provide the information and items that correspond to it.</w:t>
      </w:r>
    </w:p>
    <w:p>
      <w:pPr>
        <w:pStyle w:val="ListNumber"/>
        <w:spacing w:after="40"/>
      </w:pPr>
      <w:r>
        <w:rPr>
          <w:rFonts w:ascii="Calibri" w:hAnsi="Calibri" w:cs="Calibri"/>
          <w:b w:val="0"/>
          <w:i w:val="0"/>
          <w:color w:val="262626"/>
          <w:sz w:val="20"/>
        </w:rPr>
        <w:t>Review the deliverables and reply within the agreed timeframes.</w:t>
      </w:r>
    </w:p>
    <w:p>
      <w:pPr>
        <w:pStyle w:val="ListNumber"/>
        <w:spacing w:after="40"/>
      </w:pPr>
      <w:r>
        <w:rPr>
          <w:rFonts w:ascii="Calibri" w:hAnsi="Calibri" w:cs="Calibri"/>
          <w:b w:val="0"/>
          <w:i w:val="0"/>
          <w:color w:val="262626"/>
          <w:sz w:val="20"/>
        </w:rPr>
        <w:t>Pay according to the commercial terms of this order.</w:t>
      </w:r>
    </w:p>
    <w:p>
      <w:pPr>
        <w:spacing w:before="160" w:after="60"/>
        <w:pBdr>
          <w:bottom w:val="single" w:sz="4" w:space="4" w:color="A6A6A6"/>
        </w:pBdr>
      </w:pPr>
      <w:r>
        <w:rPr>
          <w:rFonts w:ascii="Calibri" w:hAnsi="Calibri" w:cs="Calibri"/>
          <w:b/>
          <w:i w:val="0"/>
          <w:color w:val="404040"/>
          <w:sz w:val="22"/>
        </w:rPr>
        <w:t>8. Staff, gear and safety</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Staff assigned (number and profiles)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Do they use their own gear and protective equipment? (Yes / No)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Site rules they must follow</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Who is liable for damage and for cleaning the area</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9. Acceptance and signatures</w:t>
      </w:r>
    </w:p>
    <w:p>
      <w:pPr>
        <w:jc w:val="both"/>
      </w:pPr>
      <w:r>
        <w:rPr>
          <w:rFonts w:ascii="Calibri" w:hAnsi="Calibri" w:cs="Calibri"/>
          <w:b w:val="0"/>
          <w:i w:val="0"/>
          <w:color w:val="262626"/>
          <w:sz w:val="21"/>
        </w:rPr>
        <w:t>The provider accepts the terms of this service order and states that they know the scope, the deliverables and the payment terms. Any change of scope is agreed in writing before it is carried out.</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213"/>
        <w:gridCol w:w="3213"/>
        <w:gridCol w:w="3213"/>
      </w:tblGrid>
      <w:tr>
        <w:tc>
          <w:tcPr>
            <w:tcW w:type="dxa" w:w="3213"/>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20"/>
            </w:pPr>
            <w:r>
              <w:rPr>
                <w:rFonts w:ascii="Calibri" w:hAnsi="Calibri" w:cs="Calibri"/>
                <w:b w:val="0"/>
                <w:i w:val="0"/>
                <w:color w:val="262626"/>
                <w:sz w:val="18"/>
              </w:rPr>
              <w:t>SERVICE PROVIDER</w:t>
            </w:r>
          </w:p>
          <w:p>
            <w:pPr>
              <w:spacing w:after="20"/>
            </w:pPr>
            <w:r>
              <w:rPr>
                <w:rFonts w:ascii="Calibri" w:hAnsi="Calibri" w:cs="Calibri"/>
                <w:b w:val="0"/>
                <w:i/>
                <w:color w:val="262626"/>
                <w:sz w:val="18"/>
              </w:rPr>
              <w:t>Full name, ID or tax number and signature</w:t>
            </w:r>
          </w:p>
        </w:tc>
        <w:tc>
          <w:tcPr>
            <w:tcW w:type="dxa" w:w="3213"/>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20"/>
            </w:pPr>
            <w:r>
              <w:rPr>
                <w:rFonts w:ascii="Calibri" w:hAnsi="Calibri" w:cs="Calibri"/>
                <w:b w:val="0"/>
                <w:i w:val="0"/>
                <w:color w:val="262626"/>
                <w:sz w:val="18"/>
              </w:rPr>
              <w:t>PARTY ENGAGING AND AUTHORISING</w:t>
            </w:r>
          </w:p>
          <w:p>
            <w:pPr>
              <w:spacing w:after="20"/>
            </w:pPr>
            <w:r>
              <w:rPr>
                <w:rFonts w:ascii="Calibri" w:hAnsi="Calibri" w:cs="Calibri"/>
                <w:b w:val="0"/>
                <w:i/>
                <w:color w:val="262626"/>
                <w:sz w:val="18"/>
              </w:rPr>
              <w:t>Name, position and signature</w:t>
            </w:r>
          </w:p>
        </w:tc>
        <w:tc>
          <w:tcPr>
            <w:tcW w:type="dxa" w:w="3213"/>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20"/>
            </w:pPr>
            <w:r>
              <w:rPr>
                <w:rFonts w:ascii="Calibri" w:hAnsi="Calibri" w:cs="Calibri"/>
                <w:b w:val="0"/>
                <w:i w:val="0"/>
                <w:color w:val="262626"/>
                <w:sz w:val="18"/>
              </w:rPr>
              <w:t>WITNESS</w:t>
            </w:r>
          </w:p>
          <w:p>
            <w:pPr>
              <w:spacing w:after="20"/>
            </w:pPr>
            <w:r>
              <w:rPr>
                <w:rFonts w:ascii="Calibri" w:hAnsi="Calibri" w:cs="Calibri"/>
                <w:b w:val="0"/>
                <w:i/>
                <w:color w:val="262626"/>
                <w:sz w:val="18"/>
              </w:rPr>
              <w:t>Full name, ID and signature</w:t>
            </w:r>
          </w:p>
        </w:tc>
      </w:tr>
    </w:tbl>
    <w:tbl>
      <w:tblPr>
        <w:tblW w:type="auto" w:w="0"/>
        <w:tblLook w:firstColumn="1" w:firstRow="1" w:lastColumn="0" w:lastRow="0" w:noHBand="0" w:noVBand="1" w:val="04A0"/>
      </w:tblPr>
      <w:tblGrid>
        <w:gridCol w:w="9638"/>
      </w:tblGrid>
      <w:tr>
        <w:tc>
          <w:tcPr>
            <w:tcW w:type="dxa" w:w="9638"/>
            <w:shd w:val="clear" w:color="auto" w:fill="F7F7F7"/>
            <w:tcBorders>
              <w:top w:val="single" w:sz="6" w:space="0" w:color="A6A6A6"/>
              <w:left w:val="single" w:sz="6" w:space="0" w:color="A6A6A6"/>
              <w:bottom w:val="single" w:sz="6" w:space="0" w:color="A6A6A6"/>
              <w:right w:val="single" w:sz="6" w:space="0" w:color="A6A6A6"/>
            </w:tcBorders>
            <w:tcMar>
              <w:top w:w="90" w:type="dxa"/>
              <w:left w:w="140" w:type="dxa"/>
              <w:bottom w:w="90" w:type="dxa"/>
              <w:right w:w="140" w:type="dxa"/>
            </w:tcMar>
          </w:tcPr>
          <w:p>
            <w:pPr>
              <w:spacing w:after="0"/>
            </w:pPr>
            <w:r>
              <w:rPr>
                <w:rFonts w:ascii="Calibri" w:hAnsi="Calibri" w:cs="Calibri"/>
                <w:b w:val="0"/>
                <w:i w:val="0"/>
                <w:color w:val="595959"/>
                <w:sz w:val="18"/>
              </w:rPr>
              <w:t>This is a general-purpose internal template. It is not legal advice: have your advisor or accountant review it and adapt it to the rules that apply to you before you use it.</w:t>
            </w:r>
          </w:p>
        </w:tc>
      </w:tr>
    </w:tbl>
    <w:p>
      <w:pPr>
        <w:spacing w:after="40"/>
      </w:pPr>
    </w:p>
    <w:tbl>
      <w:tblPr>
        <w:tblW w:type="auto" w:w="0"/>
        <w:tblLook w:firstColumn="1" w:firstRow="1" w:lastColumn="0" w:lastRow="0" w:noHBand="0" w:noVBand="1" w:val="04A0"/>
      </w:tblPr>
      <w:tblGrid>
        <w:gridCol w:w="9638"/>
      </w:tblGrid>
      <w:tr>
        <w:tc>
          <w:tcPr>
            <w:tcW w:type="dxa" w:w="9638"/>
            <w:shd w:val="clear" w:color="auto" w:fill="F7F7F7"/>
            <w:tcBorders>
              <w:top w:val="single" w:sz="6" w:space="0" w:color="A6A6A6"/>
              <w:left w:val="single" w:sz="6" w:space="0" w:color="A6A6A6"/>
              <w:bottom w:val="single" w:sz="6" w:space="0" w:color="A6A6A6"/>
              <w:right w:val="single" w:sz="6" w:space="0" w:color="A6A6A6"/>
            </w:tcBorders>
            <w:tcMar>
              <w:top w:w="90" w:type="dxa"/>
              <w:left w:w="140" w:type="dxa"/>
              <w:bottom w:w="90" w:type="dxa"/>
              <w:right w:w="140" w:type="dxa"/>
            </w:tcMar>
          </w:tcPr>
          <w:p>
            <w:pPr>
              <w:spacing w:after="0"/>
            </w:pPr>
            <w:r>
              <w:rPr>
                <w:rFonts w:ascii="Calibri" w:hAnsi="Calibri" w:cs="Calibri"/>
                <w:b w:val="0"/>
                <w:i w:val="0"/>
                <w:color w:val="595959"/>
                <w:sz w:val="18"/>
              </w:rPr>
              <w:t>Once signed, file this document with its attachments in the area folder. Keep a copy for each of the signing parties.</w:t>
            </w:r>
          </w:p>
        </w:tc>
      </w:tr>
    </w:tbl>
    <w:p>
      <w:pPr>
        <w:spacing w:after="40"/>
      </w:pP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Bdr>
        <w:top w:val="single" w:sz="4" w:space="4" w:color="A6A6A6"/>
      </w:pBdr>
    </w:pPr>
    <w:r/>
    <w:r>
      <w:rPr>
        <w:rFonts w:ascii="Calibri" w:hAnsi="Calibri" w:cs="Calibri"/>
        <w:b w:val="0"/>
        <w:i w:val="0"/>
        <w:color w:val="595959"/>
        <w:sz w:val="16"/>
      </w:rPr>
      <w:t xml:space="preserve">[Company name] · Service order    </w:t>
    </w:r>
    <w:r>
      <w:rPr>
        <w:rFonts w:ascii="Calibri" w:hAnsi="Calibri" w:cs="Calibri"/>
        <w:b w:val="0"/>
        <w:i w:val="0"/>
        <w:color w:val="595959"/>
        <w:sz w:val="16"/>
      </w:rPr>
      <w:t xml:space="preserve">Page </w:t>
    </w:r>
    <w:fldSimple w:instr="PAGE">
      <w:r>
        <w:rPr>
          <w:sz w:val="16"/>
          <w:color w:val="595959"/>
        </w:rPr>
        <w:t>1</w:t>
      </w:r>
    </w:fldSimple>
    <w:r/>
    <w:r>
      <w:rPr>
        <w:rFonts w:ascii="Calibri" w:hAnsi="Calibri" w:cs="Calibri"/>
        <w:b w:val="0"/>
        <w:i w:val="0"/>
        <w:color w:val="595959"/>
        <w:sz w:val="16"/>
      </w:rPr>
      <w:t xml:space="preserve"> of </w:t>
    </w:r>
    <w:fldSimple w:instr="NUMPAGES">
      <w:r>
        <w:rPr>
          <w:sz w:val="16"/>
          <w:color w:val="595959"/>
        </w:rPr>
        <w:t>1</w:t>
      </w:r>
    </w:fldSimpl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pPr>
    <w:rPr>
      <w:rFonts w:ascii="Calibri" w:hAnsi="Calibri" w:cs="Calibri" w:eastAsia="Calibri"/>
      <w:color w:val="26262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 de servicio</dc:title>
  <dc:subject>Orden de servicio</dc:subject>
  <dc:creator>Kardex Tauro</dc:creator>
  <cp:keywords/>
  <dc:description>Plantilla gratuita de kardex-tauro.muisca.co</dc:description>
  <cp:lastModifiedBy/>
  <cp:revision>1</cp:revision>
  <dcterms:created xsi:type="dcterms:W3CDTF">2013-12-23T23:15:00Z</dcterms:created>
  <dcterms:modified xsi:type="dcterms:W3CDTF">2013-12-23T23:15:00Z</dcterms:modified>
  <cp:category/>
</cp:coreProperties>
</file>