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[Nombre del candidato]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[Dirección]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[Ciudad]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oferta de empleo para el cargo de [cargo]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Cordial saludo,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Nos complace informarle que, después del proceso de selección, hemos decidido ofrecerle el cargo de [cargo] en [nombre de la empresa]. Estas son las condiciones de la oferta.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Condiciones de la oferta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Concepto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Detalle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Cargo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Área o dependencia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Tipo de contrato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Jornada y horario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Remuneración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Fecha de inicio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Lugar de trabajo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Periodo de prueba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Condiciones adicionales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Además de lo anterior: [beneficios, auxilios, capacitación inicial u otros acuerdos]. El primer día debe presentar [documentos requeridos para la vinculación].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Aceptación del candidato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Esta oferta es válida hasta el [fecha]. Para aceptarla, firme esta carta y envíenos una copia antes de esa fecha; si tiene preguntas sobre las condiciones, escríbanos a [correo electrónico] o llámenos al [teléfono].</w:t>
      </w:r>
    </w:p>
    <w:p>
      <w:r>
        <w:rPr>
          <w:rFonts w:ascii="Calibri" w:hAnsi="Calibri" w:cs="Calibri"/>
          <w:b w:val="0"/>
          <w:i/>
          <w:color w:val="262626"/>
          <w:sz w:val="19"/>
        </w:rPr>
        <w:t>Manifiesto que acepto la oferta en las condiciones descritas y que puedo iniciar el [fecha].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de quien firma]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[Nombre completo]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[Cargo]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595959"/>
          <w:sz w:val="18"/>
        </w:rPr>
        <w:t>Copia: [hoja de vida del candidato] · [Talento Humano]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Deje por escrito las condiciones antes de la firma del contrato: salario, jornada, lugar y fecha de inicio. Si alguna condición cambia después, comuníquela por escrito.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Oferta de empleo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Oferta de empleo</dc:title>
  <dc:subject>Oferta de empleo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