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MARKETING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Ordena a quién le vende, qué mensaje lleva y cuánto cuesta cada acción del periodo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 de marketing 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 del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Resumen ejecutivo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un párrafo qué vende, a quién y qué va a cambiar este periodo: el producto o servicio que empuja, el público al que apunta y la meta en una frase.]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 del plan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general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 específico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Público objetivo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Segmento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es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necesita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se le encuentra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 (alta / media / baja)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Propuesta de valor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en dos o tres frases por qué le compran a usted y no al de al lado: precio, surtido, cercanía, entrega, garantía, atención. Lo que dice aquí debe poder repetirlo cualquier vendedor de su equipo.]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Oferta y precios del periodo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 o línea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Precio de venta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Margen objetivo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Promoción o condición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Canales y tácticas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Táctica o acción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espera de esta acción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Contenidos y mensajes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 o mensaje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Formato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se publica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Cada cuánto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Presupuesto del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estimado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Moneda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Calendario de acciones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Hasta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Indicadores y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mide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revisa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Cada cuánto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APROBÓ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marketing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marketing</dc:title>
  <dc:subject>Plan de marketing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