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DEL POSTULANTE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Documento de identidad · Ciudad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Teléfono · Correo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CARTA DE MOTIVOS PARA UNA BECA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[BE-___]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PROGRAMA O DE LA INSTITUCIÓN]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[Comité de becas]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Postulación a [nombre de la beca o convocatoria]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Respetados señores: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1: quién es, dónde estudia o trabaja hoy y a qué convocatoria se presenta. Sin adjetivos sobre usted mismo.]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2: por qué ese programa y esa institución, con algo concreto: una línea de investigación, un docente, un laboratorio, un enfoque que no encuentra en su medio.]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3: por qué usted. Dos o tres hechos verificables: qué ha estudiado, qué ha hecho, con qué resultados y qué obstáculos ha superado.]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4: qué va a hacer con esa formación cuando termine, de forma concreta y medible: volver a un cargo, montar un proyecto, formar a otros, publicar.]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[Párrafo 5: cierre con el compromiso, la disponibilidad de tiempo completo o parcial y la disposición a entregar los documentos que falten.]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DEL POSTULANTE]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[Programa o cargo actual]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postulación (para su registro)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Convocatoria o beca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Programa o estudio al que aplica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Institución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cierre de la convocatoria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y duración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Documentos que se anexan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1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¿Listo? (Sí / No)</w:t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 de identidad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Certificado de notas o historial académico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Título o acta de grado (si ya terminó)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Carta de recomendación (una o dos, según la convocatoria)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Certificado laboral o de ingresos, si lo piden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Plan del programa o temario que piensa seguir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Qué revisar antes de enviarla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qué importa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Menciona el nombre exacto de la convocatoria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Muchas cartas se descartan por eso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 menos dos hechos verificables sobre usted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 lo que diferencia del resto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Dice qué hará después, con un plazo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Los comités buscan retorno de la inversión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Cabe en una página o página y media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lee en pocos minutos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Sin faltas de ortografía y con las tildes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revisa antes de la entrevista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Los anexos están completos y en el orden que piden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Una falta de documento anula la postulación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postulante] · Carta de motivos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motivos para una beca</dc:title>
  <dc:subject>Carta de postulación a una beca o convocatoria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