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QUIEN ESCRIBE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Documento de identidad · Dirección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Teléfono · Correo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CARTA NOTARIAL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[CN-___]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envío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DESTINATARIO]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[Documento de identidad o NIT]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 donde se notifica]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Requerimiento de [qué se exige, en una línea]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Quién escribe y con qué calidad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Domicilio para notificaciones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Calidad en que actúa (propietario / arrendador / acreedor / representante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Hechos que se le comunican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ocurrió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o prueba</w:t>
            </w:r>
          </w:p>
        </w:tc>
      </w:tr>
      <w:tr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[Describa el hecho: qué se pactó, qué se incumplió y desde cuándo]</w:t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Lo que se requiere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en una frase concreta qué se exige: pagar, entregar, desocupar, reparar, devolver. Después liste lo que debe quedar claro: qué, hasta cuándo y cómo.]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Plazo que se otorga (días o fecha exacta)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Aviso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[Indique, sin citar normas, qué hará usted si no hay respuesta dentro del plazo: pasar el caso a su abogado, dar por terminado el acuerdo, iniciar el cobro o cualquier otra consecuencia que corresponda a lo pactado.]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Cómo se entrega esta carta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cómo se hace llegar la carta y cómo se deja constancia: entrega personal con firma de recibido, envío con guía y acuse, o envío por correo certificado. La constancia de entrega es la que da valor a la carta.]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Constancia de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 quien recibe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hora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Relación con el destinatario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Firma de quien recibe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 QUIEN FIRMA]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[Documento de identidad]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Anexos: [liste los documentos que acompañan la carta]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quien firma] · Carta notarial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notarial</dc:title>
  <dc:subject>Requerimiento formal con constancia de entrega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