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CUSTOMER SATISFACTION SURVEY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Short questions to learn what the customer thinks and what will be fixed with the answers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[EC-___]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Survey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Survey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Person running the survey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Channel (in person / phone / email / online)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 covered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Introduction for the customer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two or three lines: who is running the survey, what it is used for, how long it takes to answer and that there are no right or wrong answers.]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Instructions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[Explain the scale: 1 is very poor and 5 is very good; tick one box per question; if the question does not apply, mark it as such.]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Customer details (optional)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Name (optional)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 or email (optional, only if you agree that we contact you)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Customer type (new / returning / business)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How long they have been buying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Rating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 · 2 · 3 · 4 · 5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 applicable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Service received when you came in or called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Clarity of prices and terms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Waiting time to be served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Range and availability of products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Condition or quality of what you received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Delivery date met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Ease of exchanging or returning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Response when there was a problem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Information you received about the product or service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Overall impression of the business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Open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Open question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Customer's answer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What was the best part of your experience?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What wasted your time or annoyed you?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Is there anything you missed in our business?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Recommendation and closing comment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Would you recommend the business to someone else? (Yes / No / Not sure)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Why?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What should we improve first?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Data consent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 consent to the processing of my personal data for the purposes of this survey and to being contacted by the business about my answer.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Customer signature (optional)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Tabulation and action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Average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the answers show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Action to take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Internal closing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tabulates and analyses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the analysis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PERSON RUNNING THE SURVEY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ACTION PLAN APPROVED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Satisfaction survey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de satisfacción del cliente</dc:title>
  <dc:subject>Encuesta de satisfacción y plan de acción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