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DESTRUCCIÓN Y BAJA DE PRODUCTOS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Retiro definitivo de mercancía vencida, dañada, obsoleta o no conforme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[BJ-___]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 la baja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baja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baja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baja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Bodega o ubicación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Autoriza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Observaciones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Detalle de los productos dados de baja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Código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Lote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Cantidad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Causa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Disposición final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Gestor o empresa que dispone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de certificado o soporte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Verificaciones previas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Los productos se identificaron y apartaron del inventario disponible.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 tomaron fotografías del producto y de su estado antes de la baja.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La baja fue autorizada por el nivel responsable y quedó registrada en el sistema.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 verificó que los productos no son aptos para consumo, uso ni devolución al proveedor.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 conserva el certificado o soporte de la disposición final.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El acta documenta la salida definitiva de mercancía del inventario y respalda el ajuste correspondiente. Se firma por quien autoriza, quien ejecuta y un testigo, y se archiva con las fotografías y el certificado de disposición.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Baja de productos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destrucción y baja de productos</dc:title>
  <dc:subject>Acta de destrucción y baja de productos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