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ORGANIGRAMA DE LA EMPRESA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Quién depende de quién: niveles, cargos, a quién reporta cada uno y cuántas personas tiene a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Vigencia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organigrama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Empresa o 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aprobación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aprueba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se lee este organigrama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bloque es un nivel de la estructura; dentro del bloque van los cargos de ese nivel.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Un cargo del nivel de abajo reporta al cargo que tiene encima; cuando hay excepciones, se escriben en la tabla de detalle.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tabla de detalle dice, cargo por cargo, a quién reporta y cuántas personas tiene a cargo.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Cuando cambia un cargo o una línea de reporte, se actualiza este documento y se cambia la versión.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Estructura por niveles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0 · Órgano de decisión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[Asamblea de socios o propietario]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1 · Dirección general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[Cargo · Nombre · Reporta al nivel 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2 · Gerencias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[Comercial] · [Operaciones] · [Administrativa y financiera]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3 · Coordinaciones y jefaturas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[Coordinación de almacén] · [Coordinación de compras] · [Coordinación de talento humano]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4 · Puestos operativos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[Auxiliares y operarios de cada área]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Detalle de cargos y líneas de reporte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 proceso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Reporta 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Cargos que dependen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Personas a cargo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Total de personal por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Número de personas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vinculación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Notas sobre la estructura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aquí las excepciones y aclaraciones: cargos compartidos entre dos áreas, personas que atienden varias sedes, cargos vacantes, funciones que se cubren por temporada o por contrato.]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Aprobación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estructura que aparece aquí es la que rige desde la fecha de aprobación. Cualquier cambio se hace por escrito y se refleja en la versión siguiente de este documento.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Organigrama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 de la empresa</dc:title>
  <dc:subject>Organigrama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