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CONTRATO DE ARRENDAMIENTO DE VIVIENDA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Modelo general para arrendar una vivienda urbana o rural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[AR-___]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Aprobado por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Área o proceso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generales del contrato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Contrato N.º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Ciudad y fecha de firma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Modalidad (escrito / verbal)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Ejemplares que se firman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Partes que intervienen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ARRENDADOR (quien entrega el inmueble)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 o NIT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Dirección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Teléfono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Correo electrónico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Ciudad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 w:val="0"/>
          <w:color w:val="262626"/>
          <w:sz w:val="21"/>
        </w:rPr>
        <w:t>ARRENDATARIO (quien recibe el inmueble)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 o NIT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Dirección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Teléfono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Correo electrónico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Ciudad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Inmueble objeto del arrendamiento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Dirección del inmueble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Ciudad o municipio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Tipo (casa / apartamento / habitación)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aproximada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Referencia o número de matrícula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Servicios con que cuenta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Anexos (parqueadero, depósito, otros)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Observaciones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Destinación del inmueble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El inmueble se destina exclusivamente a vivienda del arrendatario y de su grupo familiar. No se usará para actividad comercial o industrial, ni para guardar mercancía o productos, salvo autorización escrita del arrendador.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Canon de arrendamiento y forma de pago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Concepto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Valor o forma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Canon mensual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Moneda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Día de pago de cada mes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Forma de pago acordada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Incremento anual acordado (en por ciento)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Cargo por pago tardío (descriptivo)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Depósito o garantía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Valor entregado en depósito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 qué se puede aplicar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Cómo y cuándo se devuelve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Observaciones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Plazo, prórroga y preaviso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inicio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terminación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Prórroga acordada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Preaviso para terminarlo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Obligaciones del arrendador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Entregar el inmueble en el estado y la fecha acordados, con los servicios a paz y salvo.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Mantener el inmueble en condiciones de servir para el uso convenido.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Asumir las reparaciones necesarias que no sean por mal uso del arrendatario.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Respetar el precio y el plazo pactados mientras el contrato esté vigente.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Entregar al arrendatario una copia firmada de este contrato y del acta de entrega.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Obligaciones del arrendatario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Pagar el canon dentro del plazo y en la forma acordados.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Usar el inmueble solo para el destino pactado y cuidarlo como un buen padre de familia.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Pagar a tiempo los servicios, la administración y los gastos que le correspondan.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Permitir las reparaciones necesarias y avisar sin demora los daños que detecte.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No hacer mejoras, cambios de uso ni obras sin autorización escrita del arrendador.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Devolver el inmueble al terminar el contrato, en el estado del acta de entrega.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10. Servicios, administración y otros gastos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Servicios a cargo del arrendatario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Cuota de administración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Otros gastos y quién los paga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11. Mejoras, reparaciones y devolución del inmueble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El arrendatario recibe el inmueble en el estado que consta en el acta de entrega y se obliga a devolverlo en el mismo estado, salvo el deterioro normal por el uso. Las mejoras que quiera hacer requieren autorización escrita; las reparaciones necesarias para conservar el inmueble las asume el arrendador.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12. Uso, visitas y subarriendo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El arrendatario permitirá las visitas de inspección avisadas con anticipación razonable. No podrá ceder el contrato ni subarrendar el inmueble sin autorización escrita del arrendador.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13. Terminación del contrato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El contrato termina por vencimiento del plazo, por acuerdo de las partes, por incumplimiento de las obligaciones aquí pactadas o por las causales previstas en el acta de entrega y en los documentos anexos.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14. Solución de diferencias y domicilio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Las partes intentarán resolver cualquier diferencia directamente y, si no lo logran, acudirán a los mecanismos de solución de conflictos que hayan acordado por escrito. Para todos los efectos, fijan como domicilio la ciudad indicada en el encabezado.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15. Declaraciones finales y firmas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Las partes declaran que leyeron este documento, que entienden su alcance y que lo firman de manera libre y voluntaria. Lo que no quedó escrito aquí no las obliga.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ARRENDADOR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 completo, documento y firma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ARRENDATARIO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 completo, documento y firma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TESTIGO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 completo, documento y 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Este es un modelo general de uso interno. No es asesoría legal: antes de usarlo, revíselo con su asesor o contador y ajústelo a las reglas que le apliquen.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Contrato de arrendamiento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arrendamiento de vivienda</dc:title>
  <dc:subject>Contrato de arrendamiento de vivienda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