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CONTRATO DE COMPRA E VENDA DE VEÍCULO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Identifica o veículo, fixa o preço, o estado em que é entregue e o procedimento de transferência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Partes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O VENDEDOR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O COMPRADOR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Identificação do veículo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Marca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Modelo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Ano do modelo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do chassi ou VIN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do motor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Quilometragem na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uso (particular / comercial)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Estado do veículo e acessórios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(bom / regular / com defeito)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Carroceria, pintura e vidros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Pneus e rodas (incluindo o estepe)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Faróis, setas e sinalizações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Motor, freios e suspensão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Interior, estofamento e painel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Documentos, chaves e acessórios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Preço e forma de pagamento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68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Forma de pagamento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[Sinal ou entrada]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[Saldo na entrega do veículo]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Preço total acordado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Entrega do veículo e dos documentos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 local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[Liste o que é entregue com o veículo: documento de propriedade, seguro vigente, certificado de vistoria quando aplicável, chaves, manual, ferramentas e acessórios. Anote também o que NÃO é entregue.]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Declarações do vendedor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vendedor declara que o veículo é de sua propriedade, que o entrega livre de ônus, penhoras e restrições, que não há multas ou infrações pendentes e que a quilometragem informada é a real.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Procedimento de transferência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faz a transferência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Prazo para fazê-la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assume os custos da transferência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como a transferência é dividida entre as partes e quais documentos cada uma fornece. Até a transferência ser concluída, quem responde pelas obrigações do veículo.]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Obrigações do comprador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o que o comprador assume: o pagamento, a transferência, o uso do veículo desde a entrega e o cumprimento das regras de trânsito.]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Inadimplemento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que acontece se o comprador não pagar ou o vendedor não entregar: prazo para corrigir, devolução do veículo ou do dinheiro e os ajustes acordados.]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Dados pessoais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para que são usados os dados das partes e perante quem podem exercer seus direitos. É um modelo geral: revise-o com seu assessor.]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Observações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o que foi combinado fora dos itens anteriores: acessórios incluídos, reparos pendentes, datas comprometidas.]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VENDEDOR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COMPRADOR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Compra e venda de veículo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vehículo</dc:title>
  <dc:subject>Contrato de compraventa de vehículo usado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