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EMPLOYEE ONBOARDING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is done before, on the first day, in the first week and in the first month of a new hire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and process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Employee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(on site / hybrid / remote)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running the onboarding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Before the first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has to be ready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does it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Contract signed and details entered in payroll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Workstation, tools and email ready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Personal protective equipment in the right size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First day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leads it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Place</w:t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First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Day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Topic or activity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accompanies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or record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How the business works: what it sells and to whom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Tour of the premises and work areas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Processes of the role and the inventory system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Safety, housekeeping and waste handling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Customer service and handling complaints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End of week: questions and agreements</w:t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First month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Week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Topic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Mandatory onboarding topics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that these topics are always covered, without exception, and that the employee signs that they were explained.]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Internal rules and standards of conduct at the workplace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Health and safety: risks of the post and personal protective equipment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Handling of information and of customer and supplier data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Tools and systems the person will use in the role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Processes of the role: what they receive, what they hand over and who they coordinate with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Working hours, clock-in, breaks, pay and how to request leave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Who to go to in an emergency, with a complaint or after an accident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Items issued to the employee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Issued? (Yes / No / Not applicable)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returned on exit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Uniform and personal protective equipment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Tools specific to the post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Company computer or phone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Keys, access card or system password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Role handbook or folder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Confidential documents or customer databases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Onboarding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Employee's answer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you understand what is expected of your role?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you know who to go to with a doubt or a problem?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you know the risks of your post and how to protect yourself?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Is any question still open?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information was missing from the onboarding?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Closing the onboarding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confirm that I received the onboarding on the topics listed, that I was able to ask my questions and that I know who to go to in each case.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EMPLOYEE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LINE MANAGER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DELIVERING THE ONBOARDING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Onboarding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inducción de personal</dc:title>
  <dc:subject>Plan de inducción y registro de onboarding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