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PROGRAMA DE EVENTO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El guion hora por hora, con responsables y qué hacer si algo se sale del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general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asistentes previstos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(presencial / virtual / mixta)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evento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tiene que pasar para que el evento se considere un éxito: cuántas personas, qué decisión, qué venta, qué aprendizaje. Con eso se arma el resto del programa.]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Programa hora por hora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la dirige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Duración</w:t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Responsables por bloque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Bloque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apoya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Tarea clave de ese bloque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Apertura y registro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[Recepción, entrega de material, control de asistencia]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Bloque central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[Presentación o actividad principal]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Cierre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[Conclusiones, compromisos, agradecimiento y salida]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Recursos y logística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hace falta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consigue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 debe estar listo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Guion del maestro de ceremonia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[El guion es la ayuda de quien conduce: en qué momento toma la palabra, qué anuncia y qué pasa después. Escriba ideas cortas, no un discurso completo.]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Momento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decir (idea, no texto literal)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Antes de abrir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Confirmar que el sonido y las sillas están listos y avisar al equipo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Apertura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Dar la bienvenida, decir qué es el evento y cuánto va a durar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Cambio de bloque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Anunciar la siguiente actividad y quién la presenta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Cierre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Resumir los compromisos, agradecer y decir cómo se recibe la información después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Qué hacer si algo se sale del plan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[Piense en los tres o cuatro imprevistos más probables —se retrasa un invitado, falla el sonido, llueve, falta comida— y deje escrito qué hacer y quién decide. Eso evita discutir en el momento.]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Imprevisto posible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retrasa un invitado o el ponente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Falla el sonido o el proyector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Llegan más personas de las previstas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lugar no está listo a tiempo</w:t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Evaluación y 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evalúa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obtenido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¿Llegaron los asistentes previstos?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¿Se cumplieron los horarios?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¿Se logró el objetivo del punto 2?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¿Qué habría que cambiar la próxima vez?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hace el cierre y guarda el registro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RESPONSABLE GENERAL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APROBÓ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Programa de evento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evento</dc:title>
  <dc:subject>Programa y guion de un evento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