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[Nombre de la empresa]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[Área de Talento Humano]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[Nombre y cargo]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aceptación de la oferta de trabajo para el cargo de [cargo]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Cordial saludo,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Le agradezco la oferta de trabajo para el cargo de [cargo], que recibí el [fecha]. Acepto la propuesta en los términos acordados y que resumo a continuación.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Condiciones aceptadas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Según la oferta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Cargo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Fecha de inicio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Tipo de contrato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Remuneración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Jornada y modalidad de trabajo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Confirmo que puedo iniciar el [fecha] y que cuento con la documentación requerida: [documentos que debe entregar]. Si necesitan algo adicional, quedo atento.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[Si va a rechazar la oferta, reemplace esta carta por una de agradecimiento y declive: agradezca la oferta, explique brevemente que no continuará en el proceso y deje la puerta abierta.]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[mi archivo personal]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Guarde copia de esta carta y de la oferta enviada por la empresa: son la constancia de las condiciones acordadas antes de firmar el contrato.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del candidato] · Aceptación de la oferta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aceptación de oferta de trabajo</dc:title>
  <dc:subject>Carta de aceptación de oferta de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