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INVENTARIOS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[PI-___]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política define cómo se registra, se controla y se verifica el inventario de la empresa, para que las existencias del sistema y las del almacén coincidan y para que ninguna salida quede sin soporte.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[Áreas, bodegas, sedes y tipos de mercancía a los que aplica. Indique qué queda fuera.]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Definiciones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[Existencia: unidades disponibles según el sistema]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[Movimiento: entrada, salida, traslado o ajuste]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[Conteo: verificación física contra el sistema]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[Producto no conforme: mercancía dañada, vencida o incompleta]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Lineamientos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Todo movimiento de inventario se registra en el sistema el día en que ocurre, con documento de soporte identificado.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Ninguna salida de mercancía se autoriza sin documento aprobado por el responsable del área.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Las bodegas tienen ubicaciones identificadas y cada producto ocupa una sola ubicación principal.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Los conteos físicos se realizan en la periodicidad definida y las diferencias se investigan antes de ajustarlas.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Los ajustes de inventario los autoriza [cargo] y se registran con motivo y evidencia.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producto no conforme se separa, se identifica y se decide por escrito (devolución, reproceso, baja o destrucción).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mercancía en tránsito y la recibida en consignación se controlan por separado.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acceso a modificar existencias en el sistema está restringido a los perfiles autorizados y queda registrado en el histórico.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Roles y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o cargo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Dirección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Jefe de almacén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Auxiliar de bodega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 o costos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Auditoría o control interno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Fuente del dato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Exactitud del inventario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Diferencias del conteo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Salidas sin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Rotación de mercancía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Vigencia y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 que aprueba la política]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[Fecha de la próxima revisión]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política es la regla de la casa: si el sistema y el papel dicen cosas distintas, gana el conteo, pero la diferencia se explica por escrito. Revísela con su contador antes de publicarla y actualícela cuando cambie la operación.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Política de inventarios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inventarios</dc:title>
  <dc:subject>Política de inventarios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