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quem possa interessar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recomendação pessoal de [nome do recomendado]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quem possa interessar: conheço [nome completo do recomendado], portador(a) do documento [número], há [número] anos, na condição de [como o conhece: professor, gestor, colega, líder de grupo].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recomendado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Relação com o recomendado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Nesse período, pude observar [duas ou três qualidades com um exemplo concreto: assiduidade, responsabilidade, trato com as pessoas, iniciativa].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Pelo exposto, recomendo [nome do recomendado] para [cargo, estudo ou procedimento] e declaro que estou à disposição para confirmar esta recomendação se for necessário.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Assino em [cidade], em [data], a pedido do interessado.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 · [Empresa o institución]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[arquivo do recomendado]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Uma recomendação pessoal deve ser concreta e verificável. Quem assina responde pelo que afirma, por isso escreva apenas o que pode sustentar.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de quem recomenda] · Recomendação pessoal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personal</dc:title>
  <dc:subject>Carta de recomendación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