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 w:cs="Calibri"/>
          <w:b/>
          <w:i w:val="0"/>
          <w:color w:val="404040"/>
          <w:sz w:val="28"/>
        </w:rPr>
        <w:t>DECLARACIÓN DE RESIDENCIA</w:t>
      </w:r>
    </w:p>
    <w:p>
      <w:pPr>
        <w:spacing w:after="120"/>
        <w:pBdr>
          <w:bottom w:val="single" w:sz="6" w:space="4" w:color="A6A6A6"/>
        </w:pBdr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Datos de quien declara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[Nombre completo]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[Documento de identidad]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[Dirección completa]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[Ciudad]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[Teléfono]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[Correo electrónico]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Yo, [nombre completo], identificado(a) con [documento], declaro que resido de manera permanente en la dirección [dirección completa], en la ciudad de [ciudad], desde el [fecha desde la que vive allí].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Manifiesto que esta declaración la presento para [trámite o entidad que la solicita] y que los datos aquí consignados corresponden a la verdad.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Soportes que se anexan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[Recibo de servicio público a su nombre]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[Contrato de arrendamiento o certificación del arrendador]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[Certificación de vecino o de la junta de acción comunal]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Para constancia, firmo en [ciudad], el [fecha].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Anexe un soporte que demuestre la dirección: la declaración sola no siempre es suficiente. Verifique con la entidad qué documento exige antes de firmar.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quien declara] · Declaración de residencia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Declaración de residencia</dc:title>
  <dc:subject>Declaración de residencia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