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TERMO DE CONSENTIMENTO INFORMADO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Registra por escrito que a pessoa entendeu o que será feito, quais são os riscos e que decide livremente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[TC-___]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de quem concede o consentimento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 for menor de idade ou não puder assinar: nome do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do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Parentesco ou qualidade em que atua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de quem informa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de quem informa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ou profissão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onde é realizado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prevista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 que será feito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procedimento, exame, tratamento ou atividade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em palavras simples no que consiste, quanto tempo dura e o que se espera da pessoa durante o procedimento. Sem termos técnicos.]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Para que serve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o propósito: o que se busca, que informação é obtida e o que será feito com ela. Se for para pesquisa, diga com clareza.]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Benefícios esperados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que benefício a pessoa pode obter e, se não houver benefício direto, diga isso expressamente.]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Riscos e desconfortos possíveis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 ou desconforto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Qual a probabilidade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é feito se ocorrer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[Desconforto ou dor leve]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[Pouco provável]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[É interrompido e atendido de imediato]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[Reação ou efeito indesejado]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[Pouco frequente]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[Aplica-se o manejo previsto]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[Informação que cause incômodo]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[Possível]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[Pode ser omitida sem justificar o motivo]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Alternativas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quais outras opções existem, incluindo não realizar, e o que implica escolher cada uma.]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Voluntariedade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Foi-me explicado que participar é voluntário, que posso recusar sem consequências e que posso desistir a qualquer momento sem que isso afete o atendimento que recebo.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Confidencialidade e dados pessoais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quem verá a informação, para que será usada, por quanto tempo é conservada e como os dados são protegidos. Autorizo o tratamento dos meus dados para as finalidades explicadas.]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Responsabilidades da pessoa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o que a pessoa deve fazer ou evitar antes, durante e depois: chegar em jejum, não dirigir, avisar se sentir algo, seguir as orientações recebidas.]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Declaração de compreensão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Declaro que o procedimento me foi explicado em linguagem que entendo, que pude fazer perguntas e que todas foram respondidas, e que assino este documento de forma livre e informada.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Perguntas antes de assinar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 que fiz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que recebi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Autorização e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Decisão (autorizo / não autorizo)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ASSINATURA DE QUEM AUTORIZA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REPRESENTANTE LEGAL (se aplicável)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INFORMA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Revogação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como a pessoa pode retirar este consentimento depois de assinar: a quem avisa, por qual meio e o que acontece com a informação já obtida.]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Consentimento informado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informado</dc:title>
  <dc:subject>Formato de consentimiento informado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