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NEGOCIO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Documento maestro para poner en orden la idea, el mercado, la operación y los números del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plan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negocio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Ubicación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quién va dirigido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Para qué se usa este plan (buscar financiación / socios / ordenar la operación)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Resumen del negocio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en cinco o seis líneas qué vende el negocio, a quién y por qué le va a ir bien. Es lo primero que lee cualquiera: si algo se cambia después, este resumen se actualiza.]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La oportunidad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[Describa el problema o la necesidad que atiende el negocio y por qué hoy hay espacio para atenderla. Incluya lo que observó en el mercado: quién lo pide, cuánto se paga hoy por eso y qué está mal resuelto.]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Productos o servicios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 o servicio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quién es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lo hace distinto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cobra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Mercado y competencia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Mercado objetivo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Tamaño aproximado del mercado (descriptivo)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Competidores principales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diferencia el negocio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Cómo se vende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Canales de venta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Política de precios y descuentos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Esfuerzo comercial y de comunicación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mantienen los clientes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Operación: cómo se produce y se entrega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Proceso o etapa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responde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que necesita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controla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Equipo y estructura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Persona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en el negocio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Experiencia aportada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Dedicación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Recursos para la puesta en marcha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 necesidad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sirve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 se necesita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Costo estimado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Resumen de las cuentas del negocio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plan solo resume las conclusiones. Las proyecciones, el punto de equilibrio y los escenarios se trabajan en la hoja de cálculo, y de allí se traen los valores finales a esta tabla.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 conclusión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Ventas estimadas del primer periodo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Costos fijos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Costos variables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Margen estimado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Inversión necesaria para arrancar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Cuándo se recupera la inversión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Riesgos y cómo se mitigan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Probabilidad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responde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Objetivos y metas a doce meses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mide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del plan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Próximos pasos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Anexos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Anexe lo que respalde el plan: estudios, cotizaciones, cartas de interés de clientes, hojas de cálculo de las proyecciones y los documentos de los socios.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 EL PLAN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negocio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negocio</dc:title>
  <dc:subject>Plan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