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ATA DE REUNIÃO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Registro do que foi tratado e dos compromissos assumidos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[AR-___]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gerais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Ata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(O / E / I)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Local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Hora de início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Hora de encerramento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Convocada por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Objetivo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[Motivo da convocação]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Participantes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Documento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Cargo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Área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Compareceu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Pauta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[Primeiro tema]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[Segundo tema]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[Terceiro tema]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[Quarto tema]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Desenvolvimento da reunião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 da pauta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Resumo do que foi tratado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Conclusão / decisão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Compromissos assumidos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Compromisso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Responsável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Prazo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Situação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Observações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 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A ata registra o que foi tratado e os compromissos assumidos na reunião. É assinada pelo presidente e pelo secretário e arquivada com os documentos citados no desenvolvimento.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Ata de reunião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reunión</dc:title>
  <dc:subject>Acta de reunión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