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GUÍA DE ENTREVISTA DE SELECCIÓN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Las mismas preguntas y la misma escala para todos los candidatos del mismo cargo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[GE-___]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proceso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 al que aspira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del candidato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entrevista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y hora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Modalidad (presencial / teléfono / video)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Ficha del cargo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Objetivo del 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[Liste los requisitos mínimos: estudios, experiencia y manejo de herramientas. Lo que escriba aquí es el filtro de la entrevista.]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Criterios que se van a evaluar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Criterio o competencia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Peso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Escala (1 a 5)</w:t>
            </w:r>
          </w:p>
        </w:tc>
        <w:tc>
          <w:tcPr>
            <w:tcW w:type="dxa" w:w="521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Pregunta que lo explora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Experiencia en el oficio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30</w:t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21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Cuénte qué hacía en su trabajo anterior y con qué herramientas.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Conocimiento técnico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20</w:t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21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Explique cómo resolvería una tarea típica del cargo.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Responsabilidad y cumplimiento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20</w:t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21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Hábleme de una vez que tuvo que cumplir con una fecha ajustada.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Trabajo en equipo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15</w:t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21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Cuente un problema que se resolvió entre varios.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Atención al cliente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15</w:t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21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¿Cómo responde a un cliente molesto?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Apertura de la entrevista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[Preséntese, diga cómo va a ser la entrevista y cuánto dura. Explique que tomará notas y que al final el candidato podrá preguntar.]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Preguntas por competencia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Competencia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Pregunta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se debe observar en la respuesta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Respuesta del candidato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Experiencia en el oficio</w:t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Cuénte qué hacía en su trabajo anterior y con qué herramientas.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Conocimiento técnico</w:t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Explique cómo resolvería una tarea típica del cargo.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Responsabilidad y cumplimiento</w:t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Hábleme de una vez que tuvo que cumplir con una fecha ajustada.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Trabajo en equipo</w:t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Cuente un problema que se resolvió entre varios.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Atención al cliente</w:t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¿Cómo responde a un cliente molesto?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Experiencia y logros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Pregunta sobre experiencia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Respuesta y evidencia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Preguntas situacionales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Situación planteada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haría el candidato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Llega un cliente con un reclamo y su jefe no está en la empresa.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Le piden entregar un pedido y falta mercancía en la bodega.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Un compañero no llegó y hay que atender dos puestos a la vez.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Preguntas del candidato y condiciones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lo que preguntó el candidato y lo que se le respondió, sobre todo jornada, remuneración, fecha de inicio y lugar de trabajo.]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Condiciones conversadas (jornada, remuneración, inicio)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Puntaje y decisión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Criterio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Puntaje (1 a 5)</w:t>
            </w:r>
          </w:p>
        </w:tc>
        <w:tc>
          <w:tcPr>
            <w:tcW w:type="dxa" w:w="102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Peso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ponderado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Experiencia en el oficio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30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Conocimiento técnico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20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Responsabilidad y cumplimiento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20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Trabajo en equipo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15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Atención al cliente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15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Puntaje total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Decisión (avanza / no avanza / segunda entrevista / en espera)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Recomendación del entrevistador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en dos o tres frases por qué recomienda o no a este candidato, con los hechos que lo sustentan.]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Siguientes pasos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Siguiente paso (prueba técnica / segunda entrevista / verificación de referencias)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avisa al candidato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Cuándo se le avisa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ENTREVISTADOR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DECIDE LA CONTRATACIÓN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Guía de entrevista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entrevista de selección</dc:title>
  <dc:subject>Guía de entrevista de selección de personal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