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rFonts w:ascii="Calibri" w:hAnsi="Calibri" w:cs="Calibri"/>
          <w:b w:val="0"/>
          <w:i w:val="0"/>
          <w:color w:val="262626"/>
          <w:sz w:val="20"/>
        </w:rPr>
        <w:t>[City], [DD/MM/YYYY]</w:t>
      </w:r>
    </w:p>
    <w:p>
      <w:r>
        <w:rPr>
          <w:rFonts w:ascii="Calibri" w:hAnsi="Calibri" w:cs="Calibri"/>
          <w:b w:val="0"/>
          <w:i w:val="0"/>
          <w:color w:val="262626"/>
          <w:sz w:val="20"/>
        </w:rPr>
        <w:t>To whom it may concern</w:t>
      </w:r>
    </w:p>
    <w:p>
      <w:pPr>
        <w:spacing w:after="0"/>
      </w:pPr>
    </w:p>
    <w:p>
      <w:pPr>
        <w:spacing w:before="80"/>
      </w:pPr>
      <w:r>
        <w:rPr>
          <w:rFonts w:ascii="Calibri" w:hAnsi="Calibri" w:cs="Calibri"/>
          <w:b/>
          <w:i w:val="0"/>
          <w:color w:val="262626"/>
          <w:sz w:val="21"/>
        </w:rPr>
        <w:t>Subject: personal recommendation for [name of the person recommended]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To whom it may concern: I have known [full name of the person recommended], holder of ID [number], for [number] years, as [how you know them: teacher, manager, colleague, group leader].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Details of the person recommended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Name</w:t>
            </w:r>
          </w:p>
        </w:tc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ID</w:t>
            </w:r>
          </w:p>
        </w:tc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Relationship with the person recommended</w:t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During that time I have been able to observe [two or three qualities with a concrete example: reliability, responsibility, people skills, initiative].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For that reason I recommend [name of the person recommended] for [position, course or procedure] and confirm that I am happy to confirm this recommendation if required.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Signed in [city], on [date], at the request of the person concerned.</w:t>
      </w:r>
    </w:p>
    <w:p>
      <w:pPr>
        <w:spacing w:before="120"/>
      </w:pPr>
      <w:r>
        <w:rPr>
          <w:rFonts w:ascii="Calibri" w:hAnsi="Calibri" w:cs="Calibri"/>
          <w:b w:val="0"/>
          <w:i w:val="0"/>
          <w:color w:val="262626"/>
          <w:sz w:val="21"/>
        </w:rPr>
        <w:t>Yours faithfully,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tcMar>
              <w:top w:w="42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262626"/>
                <w:sz w:val="18"/>
              </w:rPr>
              <w:t>[Full name]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/>
                <w:color w:val="595959"/>
                <w:sz w:val="18"/>
              </w:rPr>
              <w:t>[Position] · [Empresa o institución]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/>
                <w:color w:val="595959"/>
                <w:sz w:val="18"/>
              </w:rPr>
              <w:t>[Phone] · [Email]</w:t>
            </w:r>
          </w:p>
        </w:tc>
      </w:tr>
    </w:tbl>
    <w:p>
      <w:r>
        <w:rPr>
          <w:rFonts w:ascii="Calibri" w:hAnsi="Calibri" w:cs="Calibri"/>
          <w:b w:val="0"/>
          <w:i w:val="0"/>
          <w:color w:val="595959"/>
          <w:sz w:val="18"/>
        </w:rPr>
        <w:t>Copy: [the person's own file]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A personal recommendation should be concrete and verifiable. The signatory is accountable for what it states, so write only what you can stand behind.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[Recommender name] · Personal recommendation    </w:t>
    </w:r>
    <w:r>
      <w:rPr>
        <w:rFonts w:ascii="Calibri" w:hAnsi="Calibri" w:cs="Calibri"/>
        <w:b w:val="0"/>
        <w:i w:val="0"/>
        <w:color w:val="595959"/>
        <w:sz w:val="16"/>
      </w:rPr>
      <w:t xml:space="preserve">Page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of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de recomendación personal</dc:title>
  <dc:subject>Carta de recomendación personal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