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cliente]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del contacto]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actualización de precios a partir del [fecha]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Le informamos que a partir del [fecha] actualizaremos nuestra lista de precios. El ajuste responde a [el aumento de costos de materias primas, transporte o tipo de cambio] acumulado en los últimos [número] meses.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cambio aplica a [las líneas o productos relacionados]. Los pedidos confirmados antes del [fecha] se facturan con la lista vigente.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Lista actualizada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Producto o servicio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Precio vigente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Precio nuevo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Vigente desde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Mantenemos sin cambios [condiciones que no cambian: descuentos por volumen, plazos de pago, condiciones de entrega].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Si desea revisar el impacto del ajuste en su operación, podemos agendar una reunión de [duración] con su equipo. Agradecemos la confianza y el trabajo conjunto durante este periodo.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 la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 comercial] · [cartera]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Ajuste de precios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ajuste de precios</dc:title>
  <dc:subject>Carta de ajuste de precios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